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D12C6" w14:textId="77777777" w:rsidR="00D8554B" w:rsidRPr="00620044" w:rsidRDefault="00B4619A" w:rsidP="00620044">
      <w:pPr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  <w:b/>
          <w:sz w:val="56"/>
          <w:szCs w:val="44"/>
        </w:rPr>
        <w:t>Rimsha Mehmood</w:t>
      </w:r>
      <w:r w:rsidRPr="00620044">
        <w:rPr>
          <w:rFonts w:ascii="Times New Roman" w:hAnsi="Times New Roman" w:cs="Times New Roman"/>
          <w:b/>
          <w:sz w:val="56"/>
          <w:szCs w:val="44"/>
        </w:rPr>
        <w:br/>
      </w:r>
      <w:r w:rsidRPr="00620044">
        <w:rPr>
          <w:rFonts w:ascii="Times New Roman" w:hAnsi="Times New Roman" w:cs="Times New Roman"/>
        </w:rPr>
        <w:t>Biotechnologist | MS Healthcare Biotechnology Candidate</w:t>
      </w:r>
      <w:r w:rsidRPr="00620044">
        <w:rPr>
          <w:rFonts w:ascii="Times New Roman" w:hAnsi="Times New Roman" w:cs="Times New Roman"/>
        </w:rPr>
        <w:br/>
        <w:t>Adyala Road, Rawalpindi | +92 3355216888 | rimshameh2000@gmail.com</w:t>
      </w:r>
    </w:p>
    <w:p w14:paraId="02362AE6" w14:textId="547AAE2A" w:rsidR="00D8554B" w:rsidRPr="00620044" w:rsidRDefault="00B4619A" w:rsidP="0000459C">
      <w:pPr>
        <w:pStyle w:val="Heading1"/>
        <w:pBdr>
          <w:bottom w:val="single" w:sz="12" w:space="1" w:color="auto"/>
        </w:pBdr>
        <w:spacing w:before="0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620044">
        <w:rPr>
          <w:rFonts w:ascii="Times New Roman" w:hAnsi="Times New Roman" w:cs="Times New Roman"/>
          <w:color w:val="auto"/>
          <w:sz w:val="32"/>
          <w:szCs w:val="32"/>
        </w:rPr>
        <w:t>Pro</w:t>
      </w:r>
      <w:r w:rsidR="007F74C7" w:rsidRPr="00620044">
        <w:rPr>
          <w:rFonts w:ascii="Times New Roman" w:hAnsi="Times New Roman" w:cs="Times New Roman"/>
          <w:color w:val="auto"/>
          <w:sz w:val="32"/>
          <w:szCs w:val="32"/>
        </w:rPr>
        <w:t xml:space="preserve">file Summary </w:t>
      </w:r>
    </w:p>
    <w:p w14:paraId="547351D1" w14:textId="73F7D239" w:rsidR="005D696C" w:rsidRPr="00620044" w:rsidRDefault="005D696C" w:rsidP="00620044">
      <w:pPr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Biotechnology graduate and MS Healthcare Biotechnology candidate at NUST (expected August 2026) with experience in teaching and student mentorship. Experienced in planning and delivering biology-related lessons, assessing student performance, and supporting academic development. Interested in cancer biology, molecular biology, biotechnology, and research methods.</w:t>
      </w:r>
    </w:p>
    <w:p w14:paraId="08781BFA" w14:textId="77777777" w:rsidR="00D8554B" w:rsidRPr="00620044" w:rsidRDefault="00B4619A" w:rsidP="00C06AFF">
      <w:pPr>
        <w:pStyle w:val="Heading1"/>
        <w:pBdr>
          <w:bottom w:val="single" w:sz="12" w:space="1" w:color="auto"/>
        </w:pBdr>
        <w:spacing w:before="0"/>
        <w:jc w:val="both"/>
        <w:rPr>
          <w:rFonts w:ascii="Times New Roman" w:hAnsi="Times New Roman" w:cs="Times New Roman"/>
          <w:color w:val="auto"/>
        </w:rPr>
      </w:pPr>
      <w:r w:rsidRPr="00620044">
        <w:rPr>
          <w:rFonts w:ascii="Times New Roman" w:hAnsi="Times New Roman" w:cs="Times New Roman"/>
          <w:color w:val="auto"/>
        </w:rPr>
        <w:t>Research Interests</w:t>
      </w:r>
    </w:p>
    <w:p w14:paraId="44F45937" w14:textId="77777777" w:rsidR="005D696C" w:rsidRPr="00620044" w:rsidRDefault="005D696C" w:rsidP="00620044">
      <w:pPr>
        <w:pStyle w:val="ListBullet"/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Cancer Biology</w:t>
      </w:r>
    </w:p>
    <w:p w14:paraId="6D0F7522" w14:textId="77777777" w:rsidR="005D696C" w:rsidRPr="00620044" w:rsidRDefault="005D696C" w:rsidP="00620044">
      <w:pPr>
        <w:pStyle w:val="ListBullet"/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Reproductive Biology</w:t>
      </w:r>
    </w:p>
    <w:p w14:paraId="757DF1B1" w14:textId="1957E21B" w:rsidR="005D696C" w:rsidRPr="00620044" w:rsidRDefault="005D696C" w:rsidP="00620044">
      <w:pPr>
        <w:pStyle w:val="ListBullet"/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Toxicology</w:t>
      </w:r>
    </w:p>
    <w:p w14:paraId="2A9AF1CD" w14:textId="168BB68B" w:rsidR="005D696C" w:rsidRPr="00620044" w:rsidRDefault="005D696C" w:rsidP="00620044">
      <w:pPr>
        <w:pStyle w:val="ListBullet"/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Biotechnology and Biomedical Research</w:t>
      </w:r>
    </w:p>
    <w:p w14:paraId="6B970B64" w14:textId="77777777" w:rsidR="00D8554B" w:rsidRDefault="00B4619A" w:rsidP="00C06AFF">
      <w:pPr>
        <w:pStyle w:val="Heading1"/>
        <w:pBdr>
          <w:bottom w:val="single" w:sz="12" w:space="1" w:color="auto"/>
        </w:pBdr>
        <w:spacing w:before="0"/>
        <w:jc w:val="both"/>
        <w:rPr>
          <w:rFonts w:ascii="Times New Roman" w:hAnsi="Times New Roman" w:cs="Times New Roman"/>
          <w:color w:val="auto"/>
        </w:rPr>
      </w:pPr>
      <w:r w:rsidRPr="00620044">
        <w:rPr>
          <w:rFonts w:ascii="Times New Roman" w:hAnsi="Times New Roman" w:cs="Times New Roman"/>
          <w:color w:val="auto"/>
        </w:rPr>
        <w:t>Education</w:t>
      </w:r>
    </w:p>
    <w:p w14:paraId="6E01A574" w14:textId="04D45528" w:rsidR="0000459C" w:rsidRDefault="0000459C" w:rsidP="0000459C">
      <w:pPr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  <w:i/>
          <w:iCs/>
        </w:rPr>
        <w:t>MS Healthcare Biotechnology</w:t>
      </w:r>
      <w:r w:rsidRPr="006200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ASAB, </w:t>
      </w:r>
      <w:r w:rsidRPr="00620044">
        <w:rPr>
          <w:rFonts w:ascii="Times New Roman" w:hAnsi="Times New Roman" w:cs="Times New Roman"/>
        </w:rPr>
        <w:t>NUST, Islamabad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620044">
        <w:rPr>
          <w:rFonts w:ascii="Times New Roman" w:hAnsi="Times New Roman" w:cs="Times New Roman"/>
        </w:rPr>
        <w:t>Expected in August 2026</w:t>
      </w:r>
    </w:p>
    <w:p w14:paraId="110531B8" w14:textId="0A94E481" w:rsidR="0000459C" w:rsidRPr="0000459C" w:rsidRDefault="0000459C" w:rsidP="0000459C">
      <w:r w:rsidRPr="00620044">
        <w:rPr>
          <w:rFonts w:ascii="Times New Roman" w:hAnsi="Times New Roman" w:cs="Times New Roman"/>
          <w:i/>
          <w:iCs/>
        </w:rPr>
        <w:t>BS Biotechnology</w:t>
      </w:r>
      <w:r w:rsidRPr="00620044">
        <w:rPr>
          <w:rFonts w:ascii="Times New Roman" w:hAnsi="Times New Roman" w:cs="Times New Roman"/>
        </w:rPr>
        <w:t>, Fatima Jinnah Women University, Rawalpindi</w:t>
      </w:r>
      <w:r w:rsidRPr="000045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Pr="00620044">
        <w:rPr>
          <w:rFonts w:ascii="Times New Roman" w:hAnsi="Times New Roman" w:cs="Times New Roman"/>
        </w:rPr>
        <w:t>Graduated: July 2022</w:t>
      </w:r>
    </w:p>
    <w:p w14:paraId="14F7E778" w14:textId="77777777" w:rsidR="00D8554B" w:rsidRPr="00620044" w:rsidRDefault="00B4619A" w:rsidP="00C06AFF">
      <w:pPr>
        <w:pStyle w:val="Heading1"/>
        <w:pBdr>
          <w:bottom w:val="single" w:sz="12" w:space="1" w:color="auto"/>
        </w:pBdr>
        <w:spacing w:before="0"/>
        <w:jc w:val="both"/>
        <w:rPr>
          <w:rFonts w:ascii="Times New Roman" w:hAnsi="Times New Roman" w:cs="Times New Roman"/>
          <w:color w:val="auto"/>
        </w:rPr>
      </w:pPr>
      <w:r w:rsidRPr="00620044">
        <w:rPr>
          <w:rFonts w:ascii="Times New Roman" w:hAnsi="Times New Roman" w:cs="Times New Roman"/>
          <w:color w:val="auto"/>
        </w:rPr>
        <w:t>Teaching Experience</w:t>
      </w:r>
    </w:p>
    <w:p w14:paraId="057794D4" w14:textId="77777777" w:rsidR="00D8554B" w:rsidRPr="00620044" w:rsidRDefault="00B4619A" w:rsidP="00152C0D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  <w:r w:rsidRPr="00620044">
        <w:rPr>
          <w:rFonts w:ascii="Times New Roman" w:hAnsi="Times New Roman" w:cs="Times New Roman"/>
          <w:b/>
          <w:bCs/>
          <w:i/>
          <w:iCs/>
        </w:rPr>
        <w:t>Teacher – Global School System, Rawalpindi (Feb 2022 – Dec 2023)</w:t>
      </w:r>
    </w:p>
    <w:p w14:paraId="76E6E027" w14:textId="4BD7013D" w:rsidR="003B13FA" w:rsidRPr="003B13FA" w:rsidRDefault="003B13FA" w:rsidP="003B13F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B13FA">
        <w:rPr>
          <w:rFonts w:ascii="Times New Roman" w:eastAsia="Times New Roman" w:hAnsi="Times New Roman" w:cs="Times New Roman"/>
        </w:rPr>
        <w:t xml:space="preserve">Delivered biology-related lessons using student-centered teaching approaches. </w:t>
      </w:r>
    </w:p>
    <w:p w14:paraId="123240EA" w14:textId="5E925494" w:rsidR="003B13FA" w:rsidRPr="003B13FA" w:rsidRDefault="003B13FA" w:rsidP="003B13F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B13FA">
        <w:rPr>
          <w:rFonts w:ascii="Times New Roman" w:eastAsia="Times New Roman" w:hAnsi="Times New Roman" w:cs="Times New Roman"/>
        </w:rPr>
        <w:t xml:space="preserve">Prepared lesson plans and assessments aligned with curriculum objectives. </w:t>
      </w:r>
    </w:p>
    <w:p w14:paraId="2CF11784" w14:textId="44FAAB8D" w:rsidR="003B13FA" w:rsidRPr="003B13FA" w:rsidRDefault="003B13FA" w:rsidP="003B13F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B13FA">
        <w:rPr>
          <w:rFonts w:ascii="Times New Roman" w:eastAsia="Times New Roman" w:hAnsi="Times New Roman" w:cs="Times New Roman"/>
        </w:rPr>
        <w:t xml:space="preserve">Monitored student performance and provided academic guidance. </w:t>
      </w:r>
    </w:p>
    <w:p w14:paraId="14FEDF10" w14:textId="1392CFFC" w:rsidR="003B13FA" w:rsidRPr="003B13FA" w:rsidRDefault="003B13FA" w:rsidP="003B13FA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 w:rsidRPr="003B13FA">
        <w:rPr>
          <w:rFonts w:ascii="Times New Roman" w:eastAsia="Times New Roman" w:hAnsi="Times New Roman" w:cs="Times New Roman"/>
        </w:rPr>
        <w:t>Collaborated with colleagues to improve learning outcomes.</w:t>
      </w:r>
    </w:p>
    <w:p w14:paraId="1D5D2932" w14:textId="39A89F95" w:rsidR="00D8554B" w:rsidRPr="00620044" w:rsidRDefault="00B4619A" w:rsidP="00152C0D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  <w:r w:rsidRPr="00620044">
        <w:rPr>
          <w:rFonts w:ascii="Times New Roman" w:hAnsi="Times New Roman" w:cs="Times New Roman"/>
          <w:b/>
          <w:bCs/>
          <w:i/>
          <w:iCs/>
        </w:rPr>
        <w:t>Teaching Coach – Knowledge Value Academy, Rawalpindi (Feb 202</w:t>
      </w:r>
      <w:r w:rsidR="00CB3E04" w:rsidRPr="00620044">
        <w:rPr>
          <w:rFonts w:ascii="Times New Roman" w:hAnsi="Times New Roman" w:cs="Times New Roman"/>
          <w:b/>
          <w:bCs/>
          <w:i/>
          <w:iCs/>
        </w:rPr>
        <w:t>0</w:t>
      </w:r>
      <w:r w:rsidRPr="00620044">
        <w:rPr>
          <w:rFonts w:ascii="Times New Roman" w:hAnsi="Times New Roman" w:cs="Times New Roman"/>
          <w:b/>
          <w:bCs/>
          <w:i/>
          <w:iCs/>
        </w:rPr>
        <w:t xml:space="preserve"> – Dec 2023)</w:t>
      </w:r>
    </w:p>
    <w:p w14:paraId="1A021645" w14:textId="77777777" w:rsidR="00D8554B" w:rsidRPr="00620044" w:rsidRDefault="00B4619A" w:rsidP="00620044">
      <w:pPr>
        <w:pStyle w:val="ListBullet"/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Provided academic guidance and feedback to support student development.</w:t>
      </w:r>
    </w:p>
    <w:p w14:paraId="5D1D03E5" w14:textId="77777777" w:rsidR="00D8554B" w:rsidRPr="00620044" w:rsidRDefault="00B4619A" w:rsidP="00620044">
      <w:pPr>
        <w:pStyle w:val="ListBullet"/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Developed individualized learning plans based on student needs.</w:t>
      </w:r>
    </w:p>
    <w:p w14:paraId="188091BF" w14:textId="45F8499A" w:rsidR="00D8554B" w:rsidRPr="00152C0D" w:rsidRDefault="00B4619A" w:rsidP="00152C0D">
      <w:pPr>
        <w:pStyle w:val="ListBullet"/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Monitored academic progress and adjusted instructional approaches accordingly</w:t>
      </w:r>
      <w:r w:rsidRPr="00152C0D">
        <w:rPr>
          <w:rFonts w:ascii="Times New Roman" w:hAnsi="Times New Roman" w:cs="Times New Roman"/>
        </w:rPr>
        <w:t>.</w:t>
      </w:r>
    </w:p>
    <w:p w14:paraId="17640C4E" w14:textId="77777777" w:rsidR="00D8554B" w:rsidRPr="00620044" w:rsidRDefault="00B4619A" w:rsidP="0000459C">
      <w:pPr>
        <w:pStyle w:val="Heading1"/>
        <w:pBdr>
          <w:bottom w:val="single" w:sz="12" w:space="1" w:color="auto"/>
        </w:pBdr>
        <w:spacing w:before="0"/>
        <w:jc w:val="both"/>
        <w:rPr>
          <w:rFonts w:ascii="Times New Roman" w:hAnsi="Times New Roman" w:cs="Times New Roman"/>
          <w:color w:val="auto"/>
        </w:rPr>
      </w:pPr>
      <w:r w:rsidRPr="00620044">
        <w:rPr>
          <w:rFonts w:ascii="Times New Roman" w:hAnsi="Times New Roman" w:cs="Times New Roman"/>
          <w:color w:val="auto"/>
        </w:rPr>
        <w:t>Research Experience</w:t>
      </w:r>
    </w:p>
    <w:p w14:paraId="7438BD7C" w14:textId="6B8F191A" w:rsidR="00D8554B" w:rsidRPr="00620044" w:rsidRDefault="00B4619A" w:rsidP="00620044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620044">
        <w:rPr>
          <w:rFonts w:ascii="Times New Roman" w:hAnsi="Times New Roman" w:cs="Times New Roman"/>
          <w:b/>
          <w:bCs/>
          <w:i/>
          <w:iCs/>
        </w:rPr>
        <w:t xml:space="preserve">Research Intern </w:t>
      </w:r>
      <w:r w:rsidR="00896220">
        <w:rPr>
          <w:rFonts w:ascii="Times New Roman" w:hAnsi="Times New Roman" w:cs="Times New Roman"/>
          <w:b/>
          <w:bCs/>
          <w:i/>
          <w:iCs/>
        </w:rPr>
        <w:t>at</w:t>
      </w:r>
      <w:r w:rsidRPr="00620044">
        <w:rPr>
          <w:rFonts w:ascii="Times New Roman" w:hAnsi="Times New Roman" w:cs="Times New Roman"/>
          <w:b/>
          <w:bCs/>
          <w:i/>
          <w:iCs/>
        </w:rPr>
        <w:t xml:space="preserve"> National Agricultural Research Centre (NARC), Islamabad (Jun 2021</w:t>
      </w:r>
      <w:r w:rsidR="003C6E5A">
        <w:rPr>
          <w:rFonts w:ascii="Times New Roman" w:hAnsi="Times New Roman" w:cs="Times New Roman"/>
          <w:b/>
          <w:bCs/>
          <w:i/>
          <w:iCs/>
        </w:rPr>
        <w:t>-</w:t>
      </w:r>
      <w:r w:rsidRPr="00620044">
        <w:rPr>
          <w:rFonts w:ascii="Times New Roman" w:hAnsi="Times New Roman" w:cs="Times New Roman"/>
          <w:b/>
          <w:bCs/>
          <w:i/>
          <w:iCs/>
        </w:rPr>
        <w:t xml:space="preserve"> Aug 2021)</w:t>
      </w:r>
    </w:p>
    <w:p w14:paraId="5F4E73C1" w14:textId="77777777" w:rsidR="005D696C" w:rsidRPr="00620044" w:rsidRDefault="005D696C" w:rsidP="00620044">
      <w:pPr>
        <w:pStyle w:val="Heading1"/>
        <w:numPr>
          <w:ilvl w:val="0"/>
          <w:numId w:val="10"/>
        </w:numPr>
        <w:spacing w:before="0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</w:pPr>
      <w:r w:rsidRPr="00620044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Gained hands-on experience in plant tissue culture techniques, including explant handling, culture initiation, and aseptic laboratory practices.</w:t>
      </w:r>
    </w:p>
    <w:p w14:paraId="6536B420" w14:textId="39968A8F" w:rsidR="005D696C" w:rsidRPr="00620044" w:rsidRDefault="005D696C" w:rsidP="00620044">
      <w:pPr>
        <w:pStyle w:val="Heading1"/>
        <w:numPr>
          <w:ilvl w:val="0"/>
          <w:numId w:val="10"/>
        </w:numPr>
        <w:spacing w:before="0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</w:pPr>
      <w:r w:rsidRPr="00620044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Prepared and maintained culture media and monitored in vitro plant growth under controlled conditions.</w:t>
      </w:r>
    </w:p>
    <w:p w14:paraId="7EA92F99" w14:textId="77777777" w:rsidR="005D696C" w:rsidRPr="00620044" w:rsidRDefault="005D696C" w:rsidP="00620044">
      <w:pPr>
        <w:pStyle w:val="Heading1"/>
        <w:numPr>
          <w:ilvl w:val="0"/>
          <w:numId w:val="10"/>
        </w:numPr>
        <w:spacing w:before="0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</w:pPr>
      <w:r w:rsidRPr="00620044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Assisted in greenhouse operations, including plant maintenance, observation, and data recording for research trials.</w:t>
      </w:r>
    </w:p>
    <w:p w14:paraId="3B940A13" w14:textId="77777777" w:rsidR="005D696C" w:rsidRPr="00620044" w:rsidRDefault="005D696C" w:rsidP="00620044">
      <w:pPr>
        <w:pStyle w:val="Heading1"/>
        <w:numPr>
          <w:ilvl w:val="0"/>
          <w:numId w:val="10"/>
        </w:numPr>
        <w:spacing w:before="0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</w:pPr>
      <w:r w:rsidRPr="00620044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Maintained laboratory records and supported data collection for ongoing research projects.</w:t>
      </w:r>
    </w:p>
    <w:p w14:paraId="38CAC1EF" w14:textId="77777777" w:rsidR="005D696C" w:rsidRDefault="005D696C" w:rsidP="00620044">
      <w:pPr>
        <w:pStyle w:val="Heading1"/>
        <w:numPr>
          <w:ilvl w:val="0"/>
          <w:numId w:val="10"/>
        </w:numPr>
        <w:spacing w:before="0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</w:pPr>
      <w:r w:rsidRPr="00620044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Conducted literature reviews relevant to project objectives.</w:t>
      </w:r>
    </w:p>
    <w:p w14:paraId="15C4B4B8" w14:textId="5B311F36" w:rsidR="00BB0F38" w:rsidRDefault="00B4636C" w:rsidP="00B4636C">
      <w:pPr>
        <w:spacing w:before="240"/>
        <w:rPr>
          <w:rFonts w:ascii="Times New Roman" w:hAnsi="Times New Roman" w:cs="Times New Roman"/>
          <w:b/>
          <w:bCs/>
          <w:i/>
          <w:iCs/>
        </w:rPr>
      </w:pPr>
      <w:r w:rsidRPr="003C6E5A">
        <w:rPr>
          <w:rFonts w:ascii="Times New Roman" w:hAnsi="Times New Roman" w:cs="Times New Roman"/>
          <w:b/>
          <w:bCs/>
          <w:i/>
          <w:iCs/>
        </w:rPr>
        <w:t>MS Research Project</w:t>
      </w:r>
      <w:r w:rsidR="00896220" w:rsidRPr="003C6E5A">
        <w:rPr>
          <w:rFonts w:ascii="Times New Roman" w:hAnsi="Times New Roman" w:cs="Times New Roman"/>
          <w:b/>
          <w:bCs/>
          <w:i/>
          <w:iCs/>
        </w:rPr>
        <w:t xml:space="preserve"> at Department of Biomedicine, ASAB, NUST</w:t>
      </w:r>
      <w:r w:rsidR="003C6E5A">
        <w:rPr>
          <w:rFonts w:ascii="Times New Roman" w:hAnsi="Times New Roman" w:cs="Times New Roman"/>
          <w:b/>
          <w:bCs/>
          <w:i/>
          <w:iCs/>
        </w:rPr>
        <w:t xml:space="preserve"> Islamabad</w:t>
      </w:r>
      <w:r w:rsidR="00B85E7B" w:rsidRPr="003C6E5A">
        <w:rPr>
          <w:rFonts w:ascii="Times New Roman" w:hAnsi="Times New Roman" w:cs="Times New Roman"/>
          <w:b/>
          <w:bCs/>
          <w:i/>
          <w:iCs/>
        </w:rPr>
        <w:t xml:space="preserve"> (</w:t>
      </w:r>
      <w:r w:rsidR="003C6E5A" w:rsidRPr="003C6E5A">
        <w:rPr>
          <w:rFonts w:ascii="Times New Roman" w:hAnsi="Times New Roman" w:cs="Times New Roman"/>
          <w:b/>
          <w:bCs/>
          <w:i/>
          <w:iCs/>
        </w:rPr>
        <w:t>Jun 2025-</w:t>
      </w:r>
      <w:r w:rsidR="00BB0F38">
        <w:rPr>
          <w:rFonts w:ascii="Times New Roman" w:hAnsi="Times New Roman" w:cs="Times New Roman"/>
          <w:b/>
          <w:bCs/>
          <w:i/>
          <w:iCs/>
        </w:rPr>
        <w:t xml:space="preserve"> Present</w:t>
      </w:r>
      <w:r w:rsidR="00B85E7B" w:rsidRPr="003C6E5A">
        <w:rPr>
          <w:rFonts w:ascii="Times New Roman" w:hAnsi="Times New Roman" w:cs="Times New Roman"/>
          <w:b/>
          <w:bCs/>
          <w:i/>
          <w:iCs/>
        </w:rPr>
        <w:t>)</w:t>
      </w:r>
    </w:p>
    <w:p w14:paraId="22591557" w14:textId="77777777" w:rsidR="00E8314C" w:rsidRPr="00E8314C" w:rsidRDefault="00E8314C" w:rsidP="00E8314C">
      <w:pPr>
        <w:pStyle w:val="ListParagraph"/>
        <w:numPr>
          <w:ilvl w:val="0"/>
          <w:numId w:val="14"/>
        </w:numPr>
        <w:spacing w:before="240"/>
        <w:rPr>
          <w:rFonts w:ascii="Times New Roman" w:hAnsi="Times New Roman" w:cs="Times New Roman"/>
        </w:rPr>
      </w:pPr>
      <w:r w:rsidRPr="00E8314C">
        <w:rPr>
          <w:rFonts w:ascii="Times New Roman" w:hAnsi="Times New Roman" w:cs="Times New Roman"/>
        </w:rPr>
        <w:t>Conducting in vivo studies using murine models.</w:t>
      </w:r>
    </w:p>
    <w:p w14:paraId="4E947B4D" w14:textId="77777777" w:rsidR="00E8314C" w:rsidRPr="00E8314C" w:rsidRDefault="00E8314C" w:rsidP="00E8314C">
      <w:pPr>
        <w:pStyle w:val="ListParagraph"/>
        <w:numPr>
          <w:ilvl w:val="0"/>
          <w:numId w:val="14"/>
        </w:numPr>
        <w:spacing w:before="240"/>
        <w:rPr>
          <w:rFonts w:ascii="Times New Roman" w:hAnsi="Times New Roman" w:cs="Times New Roman"/>
        </w:rPr>
      </w:pPr>
      <w:r w:rsidRPr="00E8314C">
        <w:rPr>
          <w:rFonts w:ascii="Times New Roman" w:hAnsi="Times New Roman" w:cs="Times New Roman"/>
        </w:rPr>
        <w:t>Performing animal handling, treatment administration, and monitoring.</w:t>
      </w:r>
    </w:p>
    <w:p w14:paraId="314B2ADD" w14:textId="77777777" w:rsidR="00E8314C" w:rsidRPr="00E8314C" w:rsidRDefault="00E8314C" w:rsidP="00E8314C">
      <w:pPr>
        <w:pStyle w:val="ListParagraph"/>
        <w:numPr>
          <w:ilvl w:val="0"/>
          <w:numId w:val="14"/>
        </w:numPr>
        <w:spacing w:before="240"/>
        <w:rPr>
          <w:rFonts w:ascii="Times New Roman" w:hAnsi="Times New Roman" w:cs="Times New Roman"/>
        </w:rPr>
      </w:pPr>
      <w:r w:rsidRPr="00E8314C">
        <w:rPr>
          <w:rFonts w:ascii="Times New Roman" w:hAnsi="Times New Roman" w:cs="Times New Roman"/>
        </w:rPr>
        <w:lastRenderedPageBreak/>
        <w:t>Participating in tissue collection and sample processing.</w:t>
      </w:r>
    </w:p>
    <w:p w14:paraId="4E8570E0" w14:textId="3B0866AF" w:rsidR="003C6E5A" w:rsidRDefault="00E8314C" w:rsidP="00E8314C">
      <w:pPr>
        <w:pStyle w:val="ListParagraph"/>
        <w:numPr>
          <w:ilvl w:val="0"/>
          <w:numId w:val="14"/>
        </w:numPr>
        <w:spacing w:before="240"/>
        <w:rPr>
          <w:rFonts w:ascii="Times New Roman" w:hAnsi="Times New Roman" w:cs="Times New Roman"/>
        </w:rPr>
      </w:pPr>
      <w:r w:rsidRPr="00E8314C">
        <w:rPr>
          <w:rFonts w:ascii="Times New Roman" w:hAnsi="Times New Roman" w:cs="Times New Roman"/>
        </w:rPr>
        <w:t xml:space="preserve">Maintaining experimental records and </w:t>
      </w:r>
      <w:r w:rsidR="00462236">
        <w:rPr>
          <w:rFonts w:ascii="Times New Roman" w:hAnsi="Times New Roman" w:cs="Times New Roman"/>
        </w:rPr>
        <w:t>performing</w:t>
      </w:r>
      <w:r w:rsidRPr="00E8314C">
        <w:rPr>
          <w:rFonts w:ascii="Times New Roman" w:hAnsi="Times New Roman" w:cs="Times New Roman"/>
        </w:rPr>
        <w:t xml:space="preserve"> data analysis.</w:t>
      </w:r>
    </w:p>
    <w:p w14:paraId="04612EDC" w14:textId="20E525F1" w:rsidR="00AC79C0" w:rsidRPr="002D1068" w:rsidRDefault="00AC79C0" w:rsidP="002D1068">
      <w:pPr>
        <w:pStyle w:val="ListParagraph"/>
        <w:numPr>
          <w:ilvl w:val="0"/>
          <w:numId w:val="14"/>
        </w:numPr>
        <w:spacing w:before="240"/>
        <w:rPr>
          <w:rFonts w:ascii="Times New Roman" w:hAnsi="Times New Roman" w:cs="Times New Roman"/>
        </w:rPr>
      </w:pPr>
      <w:r w:rsidRPr="00AC79C0">
        <w:rPr>
          <w:rFonts w:ascii="Times New Roman" w:hAnsi="Times New Roman" w:cs="Times New Roman"/>
        </w:rPr>
        <w:t>Applying network pharmacology approaches to identify potential molecular targets and biological pathways.</w:t>
      </w:r>
    </w:p>
    <w:p w14:paraId="27645624" w14:textId="5FBB8ADA" w:rsidR="00D8554B" w:rsidRPr="00620044" w:rsidRDefault="00B4619A" w:rsidP="0000459C">
      <w:pPr>
        <w:pStyle w:val="Heading1"/>
        <w:pBdr>
          <w:bottom w:val="single" w:sz="12" w:space="1" w:color="auto"/>
        </w:pBdr>
        <w:spacing w:before="0"/>
        <w:jc w:val="both"/>
        <w:rPr>
          <w:rFonts w:ascii="Times New Roman" w:hAnsi="Times New Roman" w:cs="Times New Roman"/>
          <w:color w:val="auto"/>
        </w:rPr>
      </w:pPr>
      <w:r w:rsidRPr="00620044">
        <w:rPr>
          <w:rFonts w:ascii="Times New Roman" w:hAnsi="Times New Roman" w:cs="Times New Roman"/>
          <w:color w:val="auto"/>
        </w:rPr>
        <w:t>Academic &amp; Technical Skills</w:t>
      </w:r>
    </w:p>
    <w:p w14:paraId="23B5D83A" w14:textId="77777777" w:rsidR="00620949" w:rsidRDefault="00620949" w:rsidP="0062720A">
      <w:pPr>
        <w:pStyle w:val="ListBullet"/>
        <w:numPr>
          <w:ilvl w:val="0"/>
          <w:numId w:val="0"/>
        </w:numPr>
        <w:jc w:val="both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hAnsi="Times New Roman" w:cs="Times New Roman"/>
        </w:rPr>
        <w:sectPr w:rsidR="00620949" w:rsidSect="00144B47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PlainTable4"/>
        <w:tblW w:w="5000" w:type="pct"/>
        <w:tblLook w:val="04A0" w:firstRow="1" w:lastRow="0" w:firstColumn="1" w:lastColumn="0" w:noHBand="0" w:noVBand="1"/>
      </w:tblPr>
      <w:tblGrid>
        <w:gridCol w:w="5040"/>
      </w:tblGrid>
      <w:tr w:rsidR="00B3752F" w:rsidRPr="00620949" w14:paraId="795242BC" w14:textId="77777777" w:rsidTr="00627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2357C5F6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 xml:space="preserve">Plant Tissue Culture Techniques </w:t>
            </w:r>
          </w:p>
        </w:tc>
      </w:tr>
      <w:tr w:rsidR="00B3752F" w:rsidRPr="00620949" w14:paraId="4D352D8B" w14:textId="77777777" w:rsidTr="00627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63D7145D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 xml:space="preserve">Aseptic Laboratory Practices </w:t>
            </w:r>
          </w:p>
        </w:tc>
      </w:tr>
      <w:tr w:rsidR="00B3752F" w:rsidRPr="00620949" w14:paraId="6B1794EB" w14:textId="77777777" w:rsidTr="00627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0C210DB5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 xml:space="preserve">Culture Media Preparation </w:t>
            </w:r>
          </w:p>
        </w:tc>
      </w:tr>
      <w:tr w:rsidR="00B3752F" w:rsidRPr="00620949" w14:paraId="0CC631AB" w14:textId="77777777" w:rsidTr="00627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02B8F61C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 xml:space="preserve">Greenhouse Plant Management </w:t>
            </w:r>
          </w:p>
        </w:tc>
      </w:tr>
      <w:tr w:rsidR="00B3752F" w:rsidRPr="00620949" w14:paraId="12480973" w14:textId="77777777" w:rsidTr="00627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2A6C2805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>Animal Dosing and Treatment Administration</w:t>
            </w:r>
          </w:p>
        </w:tc>
      </w:tr>
      <w:tr w:rsidR="00B3752F" w:rsidRPr="00620949" w14:paraId="2507F5D8" w14:textId="77777777" w:rsidTr="00627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709F2980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 xml:space="preserve">In Vivo Animal Handling (Murine Models) </w:t>
            </w:r>
          </w:p>
        </w:tc>
      </w:tr>
      <w:tr w:rsidR="00B3752F" w:rsidRPr="00620949" w14:paraId="6E6C6394" w14:textId="77777777" w:rsidTr="00627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3D6F35B6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>Network Pharmacology</w:t>
            </w:r>
          </w:p>
        </w:tc>
      </w:tr>
      <w:tr w:rsidR="00B3752F" w:rsidRPr="00620949" w14:paraId="3FED087C" w14:textId="77777777" w:rsidTr="00627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4F350426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 xml:space="preserve">Scientific Literature Review </w:t>
            </w:r>
          </w:p>
        </w:tc>
      </w:tr>
      <w:tr w:rsidR="00B3752F" w:rsidRPr="00620949" w14:paraId="4935E586" w14:textId="77777777" w:rsidTr="00627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036B5F5B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 xml:space="preserve">Research Methodology </w:t>
            </w:r>
          </w:p>
        </w:tc>
      </w:tr>
      <w:tr w:rsidR="00B3752F" w:rsidRPr="00620949" w14:paraId="78EFACF1" w14:textId="77777777" w:rsidTr="00627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33B319C0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 xml:space="preserve">Experimental Design </w:t>
            </w:r>
          </w:p>
        </w:tc>
      </w:tr>
      <w:tr w:rsidR="00B3752F" w:rsidRPr="00620949" w14:paraId="01F7A197" w14:textId="77777777" w:rsidTr="00627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1DCAA3B9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 xml:space="preserve">Data Collection and Record Keeping </w:t>
            </w:r>
          </w:p>
        </w:tc>
      </w:tr>
      <w:tr w:rsidR="00B3752F" w:rsidRPr="00620949" w14:paraId="2FF9AF57" w14:textId="77777777" w:rsidTr="00627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13FEC5DF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 xml:space="preserve">Scientific Report Writing </w:t>
            </w:r>
          </w:p>
        </w:tc>
      </w:tr>
      <w:tr w:rsidR="00B3752F" w:rsidRPr="00620949" w14:paraId="5D974388" w14:textId="77777777" w:rsidTr="00627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18C87759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 xml:space="preserve">Academic Presentation Skills </w:t>
            </w:r>
          </w:p>
        </w:tc>
      </w:tr>
      <w:tr w:rsidR="00B3752F" w:rsidRPr="00620949" w14:paraId="0E2A5E43" w14:textId="77777777" w:rsidTr="00627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0F06AD13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>Basic Data Analysis</w:t>
            </w:r>
          </w:p>
        </w:tc>
      </w:tr>
      <w:tr w:rsidR="00B3752F" w:rsidRPr="00620949" w14:paraId="5E34776B" w14:textId="77777777" w:rsidTr="00620949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FFFFFF" w:themeFill="background1"/>
          </w:tcPr>
          <w:p w14:paraId="0A6EF833" w14:textId="77777777" w:rsidR="00B3752F" w:rsidRPr="00620949" w:rsidRDefault="00B3752F" w:rsidP="0062720A">
            <w:pPr>
              <w:pStyle w:val="ListBulle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20949">
              <w:rPr>
                <w:rFonts w:ascii="Times New Roman" w:hAnsi="Times New Roman" w:cs="Times New Roman"/>
                <w:b w:val="0"/>
                <w:bCs w:val="0"/>
              </w:rPr>
              <w:t>Microsoft Office (Word, Excel, PowerPoint)</w:t>
            </w:r>
          </w:p>
        </w:tc>
      </w:tr>
    </w:tbl>
    <w:p w14:paraId="1234EE9B" w14:textId="77777777" w:rsidR="00620949" w:rsidRPr="00620949" w:rsidRDefault="00620949" w:rsidP="00620044">
      <w:pPr>
        <w:pStyle w:val="ListBullet"/>
        <w:numPr>
          <w:ilvl w:val="0"/>
          <w:numId w:val="0"/>
        </w:numPr>
        <w:jc w:val="both"/>
        <w:rPr>
          <w:rFonts w:ascii="Times New Roman" w:hAnsi="Times New Roman" w:cs="Times New Roman"/>
        </w:rPr>
        <w:sectPr w:rsidR="00620949" w:rsidRPr="00620949" w:rsidSect="00620949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D4D3589" w14:textId="77777777" w:rsidR="00D8554B" w:rsidRPr="00620044" w:rsidRDefault="00B4619A" w:rsidP="0000459C">
      <w:pPr>
        <w:pStyle w:val="Heading1"/>
        <w:pBdr>
          <w:bottom w:val="single" w:sz="12" w:space="1" w:color="auto"/>
        </w:pBdr>
        <w:spacing w:before="0"/>
        <w:jc w:val="both"/>
        <w:rPr>
          <w:rFonts w:ascii="Times New Roman" w:hAnsi="Times New Roman" w:cs="Times New Roman"/>
          <w:color w:val="auto"/>
        </w:rPr>
      </w:pPr>
      <w:r w:rsidRPr="00620044">
        <w:rPr>
          <w:rFonts w:ascii="Times New Roman" w:hAnsi="Times New Roman" w:cs="Times New Roman"/>
          <w:color w:val="auto"/>
        </w:rPr>
        <w:t>Courses Competent to Teach</w:t>
      </w:r>
    </w:p>
    <w:p w14:paraId="360B99EB" w14:textId="77777777" w:rsidR="00D8554B" w:rsidRPr="00620044" w:rsidRDefault="00B4619A" w:rsidP="00620044">
      <w:pPr>
        <w:pStyle w:val="ListBulle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Cell Biology</w:t>
      </w:r>
    </w:p>
    <w:p w14:paraId="761C9B58" w14:textId="77777777" w:rsidR="00D8554B" w:rsidRPr="00620044" w:rsidRDefault="00B4619A" w:rsidP="00620044">
      <w:pPr>
        <w:pStyle w:val="ListBullet"/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Molecular Biology</w:t>
      </w:r>
    </w:p>
    <w:p w14:paraId="42806A0B" w14:textId="77777777" w:rsidR="00D8554B" w:rsidRPr="00620044" w:rsidRDefault="00B4619A" w:rsidP="00620044">
      <w:pPr>
        <w:pStyle w:val="ListBullet"/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Genetics</w:t>
      </w:r>
    </w:p>
    <w:p w14:paraId="5370F133" w14:textId="77777777" w:rsidR="00D8554B" w:rsidRPr="00620044" w:rsidRDefault="00B4619A" w:rsidP="00620044">
      <w:pPr>
        <w:pStyle w:val="ListBullet"/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Biotechnology</w:t>
      </w:r>
    </w:p>
    <w:p w14:paraId="2EE21D20" w14:textId="77777777" w:rsidR="00D8554B" w:rsidRPr="00620044" w:rsidRDefault="00B4619A" w:rsidP="00620044">
      <w:pPr>
        <w:pStyle w:val="ListBullet"/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Microbiology</w:t>
      </w:r>
    </w:p>
    <w:p w14:paraId="3384282C" w14:textId="77777777" w:rsidR="00D8554B" w:rsidRPr="00620044" w:rsidRDefault="00B4619A" w:rsidP="00620044">
      <w:pPr>
        <w:pStyle w:val="ListBullet"/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Immunology</w:t>
      </w:r>
    </w:p>
    <w:p w14:paraId="7005E7C3" w14:textId="77777777" w:rsidR="00D8554B" w:rsidRPr="00620044" w:rsidRDefault="00B4619A" w:rsidP="00620044">
      <w:pPr>
        <w:pStyle w:val="ListBullet"/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Research Methodology</w:t>
      </w:r>
    </w:p>
    <w:p w14:paraId="2D99247E" w14:textId="77777777" w:rsidR="00D8554B" w:rsidRPr="00620044" w:rsidRDefault="00B4619A" w:rsidP="00620044">
      <w:pPr>
        <w:pStyle w:val="ListBullet"/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Biochemistry</w:t>
      </w:r>
    </w:p>
    <w:p w14:paraId="6719CAF7" w14:textId="77777777" w:rsidR="00D8554B" w:rsidRPr="00620044" w:rsidRDefault="00B4619A" w:rsidP="0000459C">
      <w:pPr>
        <w:pStyle w:val="Heading1"/>
        <w:pBdr>
          <w:bottom w:val="single" w:sz="12" w:space="1" w:color="auto"/>
        </w:pBdr>
        <w:spacing w:before="0"/>
        <w:jc w:val="both"/>
        <w:rPr>
          <w:rFonts w:ascii="Times New Roman" w:hAnsi="Times New Roman" w:cs="Times New Roman"/>
          <w:color w:val="auto"/>
        </w:rPr>
      </w:pPr>
      <w:r w:rsidRPr="00620044">
        <w:rPr>
          <w:rFonts w:ascii="Times New Roman" w:hAnsi="Times New Roman" w:cs="Times New Roman"/>
          <w:color w:val="auto"/>
        </w:rPr>
        <w:t>Languages</w:t>
      </w:r>
    </w:p>
    <w:p w14:paraId="638C53B9" w14:textId="77777777" w:rsidR="00D8554B" w:rsidRPr="00620044" w:rsidRDefault="00B4619A" w:rsidP="00620044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Urdu – Native</w:t>
      </w:r>
    </w:p>
    <w:p w14:paraId="1974D2ED" w14:textId="77777777" w:rsidR="00D8554B" w:rsidRPr="00620044" w:rsidRDefault="00B4619A" w:rsidP="00620044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20044">
        <w:rPr>
          <w:rFonts w:ascii="Times New Roman" w:hAnsi="Times New Roman" w:cs="Times New Roman"/>
        </w:rPr>
        <w:t>English – Upper Intermediate (B2)</w:t>
      </w:r>
    </w:p>
    <w:sectPr w:rsidR="00D8554B" w:rsidRPr="00620044" w:rsidSect="0062094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F58C8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1E4DE2"/>
    <w:multiLevelType w:val="hybridMultilevel"/>
    <w:tmpl w:val="E31A0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3C2A5F"/>
    <w:multiLevelType w:val="hybridMultilevel"/>
    <w:tmpl w:val="5FC21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3E43D9"/>
    <w:multiLevelType w:val="hybridMultilevel"/>
    <w:tmpl w:val="1D327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007784"/>
    <w:multiLevelType w:val="hybridMultilevel"/>
    <w:tmpl w:val="9224E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A252E"/>
    <w:multiLevelType w:val="hybridMultilevel"/>
    <w:tmpl w:val="35CE9F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6947823">
    <w:abstractNumId w:val="8"/>
  </w:num>
  <w:num w:numId="2" w16cid:durableId="115367637">
    <w:abstractNumId w:val="6"/>
  </w:num>
  <w:num w:numId="3" w16cid:durableId="2108382178">
    <w:abstractNumId w:val="5"/>
  </w:num>
  <w:num w:numId="4" w16cid:durableId="106122333">
    <w:abstractNumId w:val="4"/>
  </w:num>
  <w:num w:numId="5" w16cid:durableId="928972891">
    <w:abstractNumId w:val="7"/>
  </w:num>
  <w:num w:numId="6" w16cid:durableId="262805946">
    <w:abstractNumId w:val="3"/>
  </w:num>
  <w:num w:numId="7" w16cid:durableId="1294486754">
    <w:abstractNumId w:val="2"/>
  </w:num>
  <w:num w:numId="8" w16cid:durableId="77482303">
    <w:abstractNumId w:val="1"/>
  </w:num>
  <w:num w:numId="9" w16cid:durableId="1929196122">
    <w:abstractNumId w:val="0"/>
  </w:num>
  <w:num w:numId="10" w16cid:durableId="1356804871">
    <w:abstractNumId w:val="10"/>
  </w:num>
  <w:num w:numId="11" w16cid:durableId="1162968586">
    <w:abstractNumId w:val="9"/>
  </w:num>
  <w:num w:numId="12" w16cid:durableId="974944172">
    <w:abstractNumId w:val="12"/>
  </w:num>
  <w:num w:numId="13" w16cid:durableId="401027207">
    <w:abstractNumId w:val="13"/>
  </w:num>
  <w:num w:numId="14" w16cid:durableId="7916333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59C"/>
    <w:rsid w:val="00034616"/>
    <w:rsid w:val="0006063C"/>
    <w:rsid w:val="001015F5"/>
    <w:rsid w:val="00144B47"/>
    <w:rsid w:val="0015074B"/>
    <w:rsid w:val="00152C0D"/>
    <w:rsid w:val="0029639D"/>
    <w:rsid w:val="002B3456"/>
    <w:rsid w:val="002D1068"/>
    <w:rsid w:val="00326F90"/>
    <w:rsid w:val="003B13FA"/>
    <w:rsid w:val="003C6E5A"/>
    <w:rsid w:val="00462236"/>
    <w:rsid w:val="005D696C"/>
    <w:rsid w:val="00620044"/>
    <w:rsid w:val="00620949"/>
    <w:rsid w:val="00741ED6"/>
    <w:rsid w:val="007F74C7"/>
    <w:rsid w:val="00896220"/>
    <w:rsid w:val="00AA1D8D"/>
    <w:rsid w:val="00AC79C0"/>
    <w:rsid w:val="00B3752F"/>
    <w:rsid w:val="00B4619A"/>
    <w:rsid w:val="00B4636C"/>
    <w:rsid w:val="00B47730"/>
    <w:rsid w:val="00B85E7B"/>
    <w:rsid w:val="00BB0F38"/>
    <w:rsid w:val="00C06AFF"/>
    <w:rsid w:val="00CB0664"/>
    <w:rsid w:val="00CB3E04"/>
    <w:rsid w:val="00D8554B"/>
    <w:rsid w:val="00E8314C"/>
    <w:rsid w:val="00E90905"/>
    <w:rsid w:val="00F50703"/>
    <w:rsid w:val="00F507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925500"/>
  <w14:defaultImageDpi w14:val="300"/>
  <w15:docId w15:val="{DCFB04E3-DC31-624C-93A5-4A4A9A7C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52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4">
    <w:name w:val="Plain Table 4"/>
    <w:basedOn w:val="TableNormal"/>
    <w:uiPriority w:val="99"/>
    <w:rsid w:val="005D69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5D69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99"/>
    <w:rsid w:val="0062004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99"/>
    <w:rsid w:val="00C06AF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rimsha mehmood</cp:lastModifiedBy>
  <cp:revision>20</cp:revision>
  <dcterms:created xsi:type="dcterms:W3CDTF">2026-06-14T10:34:00Z</dcterms:created>
  <dcterms:modified xsi:type="dcterms:W3CDTF">2026-06-14T11:02:00Z</dcterms:modified>
  <cp:category/>
</cp:coreProperties>
</file>