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08" w:rsidRPr="009F1E64" w:rsidRDefault="00067E7B" w:rsidP="009F1E64">
      <w:pPr>
        <w:jc w:val="center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b/>
          <w:sz w:val="40"/>
          <w:szCs w:val="24"/>
        </w:rPr>
        <w:t>IQRA ZAHOOR</w:t>
      </w:r>
      <w:r w:rsidRPr="009F1E64">
        <w:rPr>
          <w:rFonts w:ascii="Times New Roman" w:hAnsi="Times New Roman" w:cs="Times New Roman"/>
          <w:b/>
          <w:sz w:val="24"/>
          <w:szCs w:val="24"/>
        </w:rPr>
        <w:br/>
      </w:r>
      <w:r w:rsidR="006421A0" w:rsidRPr="009F1E64">
        <w:rPr>
          <w:rFonts w:ascii="Times New Roman" w:hAnsi="Times New Roman" w:cs="Times New Roman"/>
          <w:szCs w:val="24"/>
        </w:rPr>
        <w:t>MPhil</w:t>
      </w:r>
      <w:r w:rsidRPr="009F1E64">
        <w:rPr>
          <w:rFonts w:ascii="Times New Roman" w:hAnsi="Times New Roman" w:cs="Times New Roman"/>
          <w:szCs w:val="24"/>
        </w:rPr>
        <w:t xml:space="preserve"> Linguistics Scholar | Educator | Researcher</w:t>
      </w:r>
      <w:r w:rsidRPr="009F1E64">
        <w:rPr>
          <w:rFonts w:ascii="Times New Roman" w:hAnsi="Times New Roman" w:cs="Times New Roman"/>
          <w:szCs w:val="24"/>
        </w:rPr>
        <w:br/>
        <w:t>Anga, Khushab, Pakistan | +92 302 5459751 | iz9656004@gmail.com</w:t>
      </w:r>
    </w:p>
    <w:p w:rsidR="009F1E64" w:rsidRPr="009F1E64" w:rsidRDefault="00067E7B" w:rsidP="009F1E64">
      <w:pPr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b/>
          <w:szCs w:val="24"/>
        </w:rPr>
        <w:t>PROFESSIONAL PROFILE</w:t>
      </w:r>
      <w:r w:rsidR="009F1E64" w:rsidRPr="009F1E64">
        <w:rPr>
          <w:rFonts w:ascii="Times New Roman" w:hAnsi="Times New Roman" w:cs="Times New Roman"/>
          <w:b/>
          <w:szCs w:val="24"/>
        </w:rPr>
        <w:t>:</w:t>
      </w:r>
    </w:p>
    <w:p w:rsidR="00A51008" w:rsidRPr="009F1E64" w:rsidRDefault="00067E7B" w:rsidP="009F1E64">
      <w:pPr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 xml:space="preserve">Academically accomplished MPhil Linguistics scholar with a strong academic record from Quaid-i-Azam </w:t>
      </w:r>
      <w:r w:rsidRPr="009F1E64">
        <w:rPr>
          <w:rFonts w:ascii="Times New Roman" w:hAnsi="Times New Roman" w:cs="Times New Roman"/>
          <w:szCs w:val="24"/>
        </w:rPr>
        <w:t>University and substantial teaching experience in reputable educational institutions. Demonstrates excellence in research, communication, classroom management, and student mentorship. Passionate about discourse analysis, digital communication, and language</w:t>
      </w:r>
      <w:r w:rsidRPr="009F1E64">
        <w:rPr>
          <w:rFonts w:ascii="Times New Roman" w:hAnsi="Times New Roman" w:cs="Times New Roman"/>
          <w:szCs w:val="24"/>
        </w:rPr>
        <w:t xml:space="preserve"> studies, with a commitment to academic excellence and educational innovation.</w:t>
      </w:r>
    </w:p>
    <w:p w:rsidR="009F1E64" w:rsidRPr="009F1E64" w:rsidRDefault="00067E7B" w:rsidP="009F1E64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9F1E64">
        <w:rPr>
          <w:rFonts w:ascii="Times New Roman" w:hAnsi="Times New Roman" w:cs="Times New Roman"/>
          <w:b/>
          <w:szCs w:val="24"/>
        </w:rPr>
        <w:t>EDUCATION</w:t>
      </w:r>
      <w:r w:rsidR="009F1E64" w:rsidRPr="009F1E64">
        <w:rPr>
          <w:rFonts w:ascii="Times New Roman" w:hAnsi="Times New Roman" w:cs="Times New Roman"/>
          <w:b/>
          <w:szCs w:val="24"/>
        </w:rPr>
        <w:t>:</w:t>
      </w:r>
    </w:p>
    <w:tbl>
      <w:tblPr>
        <w:tblW w:w="8951" w:type="dxa"/>
        <w:tblCellSpacing w:w="15" w:type="dxa"/>
        <w:tblInd w:w="780" w:type="dxa"/>
        <w:tblCellMar>
          <w:left w:w="0" w:type="dxa"/>
          <w:right w:w="0" w:type="dxa"/>
        </w:tblCellMar>
        <w:tblLook w:val="04A0"/>
      </w:tblPr>
      <w:tblGrid>
        <w:gridCol w:w="2731"/>
        <w:gridCol w:w="4022"/>
        <w:gridCol w:w="2198"/>
      </w:tblGrid>
      <w:tr w:rsidR="009F1E64" w:rsidRPr="009F1E64" w:rsidTr="007D7C90">
        <w:trPr>
          <w:trHeight w:val="291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b/>
                <w:bCs/>
                <w:color w:val="1F1F1F"/>
                <w:szCs w:val="24"/>
                <w:bdr w:val="none" w:sz="0" w:space="0" w:color="auto" w:frame="1"/>
              </w:rPr>
              <w:t>MPhil Linguistics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Abasyn University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3.69 (In Progress)</w:t>
            </w:r>
          </w:p>
        </w:tc>
      </w:tr>
      <w:tr w:rsidR="009F1E64" w:rsidRPr="009F1E64" w:rsidTr="007D7C90">
        <w:trPr>
          <w:trHeight w:val="274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b/>
                <w:bCs/>
                <w:color w:val="1F1F1F"/>
                <w:szCs w:val="24"/>
                <w:bdr w:val="none" w:sz="0" w:space="0" w:color="auto" w:frame="1"/>
              </w:rPr>
              <w:t>BS English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Quaid-i-Azam University, Islamabad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3.70/4.00</w:t>
            </w:r>
          </w:p>
        </w:tc>
      </w:tr>
      <w:tr w:rsidR="009F1E64" w:rsidRPr="009F1E64" w:rsidTr="007D7C90">
        <w:trPr>
          <w:trHeight w:val="291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b/>
                <w:bCs/>
                <w:color w:val="1F1F1F"/>
                <w:szCs w:val="24"/>
                <w:bdr w:val="none" w:sz="0" w:space="0" w:color="auto" w:frame="1"/>
              </w:rPr>
              <w:t>F.Sc. Pre-Engineering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BISE Sargodha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876/1100</w:t>
            </w:r>
          </w:p>
        </w:tc>
      </w:tr>
      <w:tr w:rsidR="009F1E64" w:rsidRPr="009F1E64" w:rsidTr="007D7C90">
        <w:trPr>
          <w:trHeight w:val="291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b/>
                <w:bCs/>
                <w:color w:val="1F1F1F"/>
                <w:szCs w:val="24"/>
                <w:bdr w:val="none" w:sz="0" w:space="0" w:color="auto" w:frame="1"/>
              </w:rPr>
              <w:t>Matriculation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BISE Sargodha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F1E64" w:rsidRPr="009F1E64" w:rsidRDefault="009F1E64" w:rsidP="009F1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Cs w:val="24"/>
              </w:rPr>
            </w:pPr>
            <w:r w:rsidRPr="009F1E64">
              <w:rPr>
                <w:rFonts w:ascii="Times New Roman" w:eastAsia="Times New Roman" w:hAnsi="Times New Roman" w:cs="Times New Roman"/>
                <w:color w:val="1F1F1F"/>
                <w:szCs w:val="24"/>
                <w:bdr w:val="none" w:sz="0" w:space="0" w:color="auto" w:frame="1"/>
              </w:rPr>
              <w:t>1006/1100</w:t>
            </w:r>
          </w:p>
        </w:tc>
      </w:tr>
    </w:tbl>
    <w:p w:rsidR="009F1E64" w:rsidRDefault="009F1E64" w:rsidP="009F1E64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:rsidR="00A51008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b/>
          <w:szCs w:val="24"/>
        </w:rPr>
        <w:t>TEACHING EXPERIENCE</w:t>
      </w:r>
      <w:r w:rsidR="009F1E64" w:rsidRPr="009F1E64">
        <w:rPr>
          <w:rFonts w:ascii="Times New Roman" w:hAnsi="Times New Roman" w:cs="Times New Roman"/>
          <w:b/>
          <w:szCs w:val="24"/>
        </w:rPr>
        <w:t>:</w:t>
      </w:r>
    </w:p>
    <w:p w:rsidR="00A51008" w:rsidRPr="009F1E64" w:rsidRDefault="00067E7B" w:rsidP="009F1E64">
      <w:pPr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>• Teacher, Dr. A.Q. Khan School System &amp; College, Ibrahim Campus, Islamabad</w:t>
      </w:r>
      <w:r w:rsidRPr="009F1E64">
        <w:rPr>
          <w:rFonts w:ascii="Times New Roman" w:hAnsi="Times New Roman" w:cs="Times New Roman"/>
          <w:szCs w:val="24"/>
        </w:rPr>
        <w:br/>
        <w:t>• Teacher, ICG F-6/2, Islamabad (6 Months</w:t>
      </w:r>
      <w:r w:rsidR="006421A0" w:rsidRPr="009F1E64">
        <w:rPr>
          <w:rFonts w:ascii="Times New Roman" w:hAnsi="Times New Roman" w:cs="Times New Roman"/>
          <w:szCs w:val="24"/>
        </w:rPr>
        <w:t xml:space="preserve">) </w:t>
      </w:r>
      <w:r w:rsidRPr="009F1E64">
        <w:rPr>
          <w:rFonts w:ascii="Times New Roman" w:hAnsi="Times New Roman" w:cs="Times New Roman"/>
          <w:szCs w:val="24"/>
        </w:rPr>
        <w:br/>
        <w:t>• Teacher, Glorious School &amp; College System, Rawalpindi (1 Year)</w:t>
      </w:r>
    </w:p>
    <w:p w:rsidR="00A51008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b/>
          <w:szCs w:val="24"/>
        </w:rPr>
        <w:t>RE</w:t>
      </w:r>
      <w:r w:rsidRPr="009F1E64">
        <w:rPr>
          <w:rFonts w:ascii="Times New Roman" w:hAnsi="Times New Roman" w:cs="Times New Roman"/>
          <w:b/>
          <w:szCs w:val="24"/>
        </w:rPr>
        <w:t>SEARCH INTERESTS</w:t>
      </w:r>
      <w:r w:rsidR="009F1E64" w:rsidRPr="009F1E64">
        <w:rPr>
          <w:rFonts w:ascii="Times New Roman" w:hAnsi="Times New Roman" w:cs="Times New Roman"/>
          <w:b/>
          <w:szCs w:val="24"/>
        </w:rPr>
        <w:t>:</w:t>
      </w:r>
    </w:p>
    <w:p w:rsidR="00A51008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>Critical Discourse Analysis, Discourse Analysis, Soci</w:t>
      </w:r>
      <w:r w:rsidR="006421A0" w:rsidRPr="009F1E64">
        <w:rPr>
          <w:rFonts w:ascii="Times New Roman" w:hAnsi="Times New Roman" w:cs="Times New Roman"/>
          <w:szCs w:val="24"/>
        </w:rPr>
        <w:t>olinguistics, Pragmatics</w:t>
      </w:r>
      <w:r w:rsidRPr="009F1E64">
        <w:rPr>
          <w:rFonts w:ascii="Times New Roman" w:hAnsi="Times New Roman" w:cs="Times New Roman"/>
          <w:szCs w:val="24"/>
        </w:rPr>
        <w:t xml:space="preserve">, Language and Identity, Digital Communication, </w:t>
      </w:r>
    </w:p>
    <w:p w:rsidR="00A51008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b/>
          <w:szCs w:val="24"/>
        </w:rPr>
        <w:t>CORE SKILLS</w:t>
      </w:r>
      <w:r w:rsidR="009F1E64" w:rsidRPr="009F1E64">
        <w:rPr>
          <w:rFonts w:ascii="Times New Roman" w:hAnsi="Times New Roman" w:cs="Times New Roman"/>
          <w:b/>
          <w:szCs w:val="24"/>
        </w:rPr>
        <w:t>:</w:t>
      </w:r>
    </w:p>
    <w:p w:rsidR="006421A0" w:rsidRPr="009F1E64" w:rsidRDefault="006421A0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 xml:space="preserve">• </w:t>
      </w:r>
      <w:r w:rsidR="00067E7B" w:rsidRPr="009F1E64">
        <w:rPr>
          <w:rFonts w:ascii="Times New Roman" w:hAnsi="Times New Roman" w:cs="Times New Roman"/>
          <w:szCs w:val="24"/>
        </w:rPr>
        <w:t xml:space="preserve">Academic Research </w:t>
      </w:r>
      <w:r w:rsidRPr="009F1E64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</w:t>
      </w:r>
      <w:r w:rsidR="00067E7B" w:rsidRPr="009F1E64">
        <w:rPr>
          <w:rFonts w:ascii="Times New Roman" w:hAnsi="Times New Roman" w:cs="Times New Roman"/>
          <w:szCs w:val="24"/>
        </w:rPr>
        <w:t>• Aca</w:t>
      </w:r>
      <w:r w:rsidR="00067E7B" w:rsidRPr="009F1E64">
        <w:rPr>
          <w:rFonts w:ascii="Times New Roman" w:hAnsi="Times New Roman" w:cs="Times New Roman"/>
          <w:szCs w:val="24"/>
        </w:rPr>
        <w:t xml:space="preserve">demic Writing </w:t>
      </w:r>
    </w:p>
    <w:p w:rsidR="006421A0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 xml:space="preserve">• Communication </w:t>
      </w:r>
      <w:r w:rsidR="006421A0" w:rsidRPr="009F1E64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</w:t>
      </w:r>
      <w:r w:rsidRPr="009F1E64">
        <w:rPr>
          <w:rFonts w:ascii="Times New Roman" w:hAnsi="Times New Roman" w:cs="Times New Roman"/>
          <w:szCs w:val="24"/>
        </w:rPr>
        <w:t xml:space="preserve">• Presentation Skills </w:t>
      </w:r>
    </w:p>
    <w:p w:rsidR="006421A0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 xml:space="preserve">• Classroom Management </w:t>
      </w:r>
      <w:r w:rsidR="006421A0" w:rsidRPr="009F1E64">
        <w:rPr>
          <w:rFonts w:ascii="Times New Roman" w:hAnsi="Times New Roman" w:cs="Times New Roman"/>
          <w:szCs w:val="24"/>
        </w:rPr>
        <w:t xml:space="preserve">                                                                           </w:t>
      </w:r>
      <w:r w:rsidRPr="009F1E64">
        <w:rPr>
          <w:rFonts w:ascii="Times New Roman" w:hAnsi="Times New Roman" w:cs="Times New Roman"/>
          <w:szCs w:val="24"/>
        </w:rPr>
        <w:t xml:space="preserve">• Educational Technology </w:t>
      </w:r>
    </w:p>
    <w:p w:rsidR="006421A0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 xml:space="preserve">• Critical Thinking </w:t>
      </w:r>
      <w:r w:rsidR="006421A0" w:rsidRPr="009F1E64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</w:t>
      </w:r>
      <w:r w:rsidRPr="009F1E64">
        <w:rPr>
          <w:rFonts w:ascii="Times New Roman" w:hAnsi="Times New Roman" w:cs="Times New Roman"/>
          <w:szCs w:val="24"/>
        </w:rPr>
        <w:t xml:space="preserve">• Team Collaboration </w:t>
      </w:r>
    </w:p>
    <w:p w:rsidR="00A51008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 xml:space="preserve">• Student Mentoring </w:t>
      </w:r>
      <w:r w:rsidR="006421A0" w:rsidRPr="009F1E64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</w:t>
      </w:r>
      <w:r w:rsidRPr="009F1E64">
        <w:rPr>
          <w:rFonts w:ascii="Times New Roman" w:hAnsi="Times New Roman" w:cs="Times New Roman"/>
          <w:szCs w:val="24"/>
        </w:rPr>
        <w:t xml:space="preserve">• </w:t>
      </w:r>
      <w:r w:rsidRPr="009F1E64">
        <w:rPr>
          <w:rFonts w:ascii="Times New Roman" w:hAnsi="Times New Roman" w:cs="Times New Roman"/>
          <w:szCs w:val="24"/>
        </w:rPr>
        <w:t>Decision Making</w:t>
      </w:r>
    </w:p>
    <w:p w:rsidR="00A51008" w:rsidRPr="009F1E64" w:rsidRDefault="00067E7B" w:rsidP="009F1E64">
      <w:pPr>
        <w:spacing w:line="240" w:lineRule="auto"/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b/>
          <w:szCs w:val="24"/>
        </w:rPr>
        <w:t>CERTIFICATIONS &amp; ACHIEVEMENTS</w:t>
      </w:r>
      <w:r w:rsidR="009F1E64" w:rsidRPr="009F1E64">
        <w:rPr>
          <w:rFonts w:ascii="Times New Roman" w:hAnsi="Times New Roman" w:cs="Times New Roman"/>
          <w:b/>
          <w:szCs w:val="24"/>
        </w:rPr>
        <w:t>:</w:t>
      </w:r>
    </w:p>
    <w:p w:rsidR="00A51008" w:rsidRPr="009F1E64" w:rsidRDefault="00067E7B" w:rsidP="009F1E64">
      <w:pPr>
        <w:rPr>
          <w:rFonts w:ascii="Times New Roman" w:hAnsi="Times New Roman" w:cs="Times New Roman"/>
          <w:szCs w:val="24"/>
        </w:rPr>
      </w:pPr>
      <w:r w:rsidRPr="009F1E64">
        <w:rPr>
          <w:rFonts w:ascii="Times New Roman" w:hAnsi="Times New Roman" w:cs="Times New Roman"/>
          <w:szCs w:val="24"/>
        </w:rPr>
        <w:t>• C</w:t>
      </w:r>
      <w:r w:rsidRPr="009F1E64">
        <w:rPr>
          <w:rFonts w:ascii="Times New Roman" w:hAnsi="Times New Roman" w:cs="Times New Roman"/>
          <w:szCs w:val="24"/>
        </w:rPr>
        <w:t>omputer Applications Certification</w:t>
      </w:r>
      <w:r w:rsidRPr="009F1E64">
        <w:rPr>
          <w:rFonts w:ascii="Times New Roman" w:hAnsi="Times New Roman" w:cs="Times New Roman"/>
          <w:szCs w:val="24"/>
        </w:rPr>
        <w:br/>
        <w:t>• Certificate of Participation – Independence Day Competition, Virtual University of Pakistan (2021)</w:t>
      </w:r>
      <w:r w:rsidRPr="009F1E64">
        <w:rPr>
          <w:rFonts w:ascii="Times New Roman" w:hAnsi="Times New Roman" w:cs="Times New Roman"/>
          <w:szCs w:val="24"/>
        </w:rPr>
        <w:br/>
        <w:t>• Certificate of Achievement – The Problems of Youth and Their Solutions</w:t>
      </w:r>
      <w:r w:rsidRPr="009F1E64">
        <w:rPr>
          <w:rFonts w:ascii="Times New Roman" w:hAnsi="Times New Roman" w:cs="Times New Roman"/>
          <w:szCs w:val="24"/>
        </w:rPr>
        <w:br/>
        <w:t>• Certificate of Achievement – Youth Developmen</w:t>
      </w:r>
      <w:r w:rsidRPr="009F1E64">
        <w:rPr>
          <w:rFonts w:ascii="Times New Roman" w:hAnsi="Times New Roman" w:cs="Times New Roman"/>
          <w:szCs w:val="24"/>
        </w:rPr>
        <w:t>t and Motivation</w:t>
      </w:r>
      <w:r w:rsidRPr="009F1E64">
        <w:rPr>
          <w:rFonts w:ascii="Times New Roman" w:hAnsi="Times New Roman" w:cs="Times New Roman"/>
          <w:szCs w:val="24"/>
        </w:rPr>
        <w:br/>
        <w:t>• Certificate of Participation – 1st International Conference on Corpus Linguistics and Emerging Technologies, organized by the Department of Humanities and Social Sciences (English Cluster), Bahria University Islamabad</w:t>
      </w:r>
    </w:p>
    <w:sectPr w:rsidR="00A51008" w:rsidRPr="009F1E64" w:rsidSect="006421A0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E7B" w:rsidRDefault="00067E7B" w:rsidP="009F1E64">
      <w:pPr>
        <w:spacing w:after="0" w:line="240" w:lineRule="auto"/>
      </w:pPr>
      <w:r>
        <w:separator/>
      </w:r>
    </w:p>
  </w:endnote>
  <w:endnote w:type="continuationSeparator" w:id="1">
    <w:p w:rsidR="00067E7B" w:rsidRDefault="00067E7B" w:rsidP="009F1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E7B" w:rsidRDefault="00067E7B" w:rsidP="009F1E64">
      <w:pPr>
        <w:spacing w:after="0" w:line="240" w:lineRule="auto"/>
      </w:pPr>
      <w:r>
        <w:separator/>
      </w:r>
    </w:p>
  </w:footnote>
  <w:footnote w:type="continuationSeparator" w:id="1">
    <w:p w:rsidR="00067E7B" w:rsidRDefault="00067E7B" w:rsidP="009F1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67E7B"/>
    <w:rsid w:val="0015074B"/>
    <w:rsid w:val="0029639D"/>
    <w:rsid w:val="00326F90"/>
    <w:rsid w:val="006421A0"/>
    <w:rsid w:val="007D7C90"/>
    <w:rsid w:val="009F1E64"/>
    <w:rsid w:val="00A51008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F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2026-06-11T07:14:00Z</dcterms:created>
  <dcterms:modified xsi:type="dcterms:W3CDTF">2026-06-11T07:14:00Z</dcterms:modified>
</cp:coreProperties>
</file>