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9B83" w14:textId="77777777" w:rsidR="00F833FF" w:rsidRDefault="00601C88">
      <w:pPr>
        <w:pStyle w:val="Heading1"/>
      </w:pPr>
      <w:r>
        <w:t xml:space="preserve">Syed </w:t>
      </w:r>
      <w:proofErr w:type="spellStart"/>
      <w:r>
        <w:t>Uzair</w:t>
      </w:r>
      <w:proofErr w:type="spellEnd"/>
      <w:r>
        <w:t xml:space="preserve"> Aziz</w:t>
      </w:r>
    </w:p>
    <w:p w14:paraId="0CD1D11A" w14:textId="7D1596C5" w:rsidR="00F833FF" w:rsidRDefault="00601C88">
      <w:r>
        <w:t>📞</w:t>
      </w:r>
      <w:r w:rsidRPr="00630BEC">
        <w:rPr>
          <w:b/>
          <w:bCs/>
        </w:rPr>
        <w:t xml:space="preserve"> </w:t>
      </w:r>
      <w:r w:rsidR="00590213" w:rsidRPr="00630BEC">
        <w:rPr>
          <w:b/>
          <w:bCs/>
        </w:rPr>
        <w:t>+92 323 5298937</w:t>
      </w:r>
      <w:r w:rsidR="00590213">
        <w:t xml:space="preserve"> </w:t>
      </w:r>
      <w:r>
        <w:t xml:space="preserve">| ✉️ </w:t>
      </w:r>
      <w:r w:rsidR="00590213" w:rsidRPr="00EB7BCA">
        <w:rPr>
          <w:color w:val="4F81BD" w:themeColor="accent1"/>
        </w:rPr>
        <w:t>uzairaziz231@gmail.com</w:t>
      </w:r>
    </w:p>
    <w:p w14:paraId="48072336" w14:textId="48C5CA8F" w:rsidR="0028472B" w:rsidRDefault="00601C88" w:rsidP="0028472B">
      <w:pPr>
        <w:pStyle w:val="Heading2"/>
      </w:pPr>
      <w:r>
        <w:t>Personal Profil</w:t>
      </w:r>
      <w:r w:rsidR="008C1C77">
        <w:t>e</w:t>
      </w:r>
    </w:p>
    <w:p w14:paraId="4D8C8382" w14:textId="71E74CA0" w:rsidR="00F833FF" w:rsidRPr="008C1C77" w:rsidRDefault="00857198" w:rsidP="0028472B">
      <w:pPr>
        <w:pStyle w:val="Heading2"/>
        <w:rPr>
          <w:color w:val="000000" w:themeColor="text1"/>
        </w:rPr>
      </w:pPr>
      <w:r>
        <w:rPr>
          <w:color w:val="000000" w:themeColor="text1"/>
        </w:rPr>
        <w:t>As a</w:t>
      </w:r>
      <w:r w:rsidR="00BB4179" w:rsidRPr="008C1C77">
        <w:rPr>
          <w:color w:val="000000" w:themeColor="text1"/>
        </w:rPr>
        <w:t xml:space="preserve"> HR &amp; Operations Manager  responsible for overseeing all restaurant operations and human resource functions to ensure business profitability, operational excellence, and a high-performing team. This role manages P&amp;L performance, recruitment, workforce planning, employee development, food safety compliance, customer satisfaction, inventory control, and overall restaurant productivity. The position focuses on achieving sales targets, controlling costs, maintaining brand standards, and developing strong teams to drive business growth.</w:t>
      </w:r>
    </w:p>
    <w:p w14:paraId="7BFFD054" w14:textId="77777777" w:rsidR="00EB7BCA" w:rsidRPr="00C34DA4" w:rsidRDefault="00EB7BCA">
      <w:pPr>
        <w:rPr>
          <w:b/>
          <w:bCs/>
        </w:rPr>
      </w:pPr>
    </w:p>
    <w:p w14:paraId="229E01CC" w14:textId="057669F1" w:rsidR="00F833FF" w:rsidRPr="00EA07AD" w:rsidRDefault="00DD5BD4">
      <w:pPr>
        <w:pStyle w:val="Heading2"/>
        <w:rPr>
          <w:sz w:val="32"/>
          <w:szCs w:val="32"/>
        </w:rPr>
      </w:pPr>
      <w:r w:rsidRPr="00EA07AD">
        <w:rPr>
          <w:sz w:val="32"/>
          <w:szCs w:val="32"/>
        </w:rPr>
        <w:t xml:space="preserve">EDUCATION </w:t>
      </w:r>
    </w:p>
    <w:p w14:paraId="271B1C7A" w14:textId="77777777" w:rsidR="00971B60" w:rsidRPr="00971B60" w:rsidRDefault="00971B60" w:rsidP="00971B60"/>
    <w:p w14:paraId="22B7B458" w14:textId="0F09D8DE" w:rsidR="00F833FF" w:rsidRPr="007D5A8A" w:rsidRDefault="00601C88">
      <w:pPr>
        <w:rPr>
          <w:b/>
          <w:bCs/>
        </w:rPr>
      </w:pPr>
      <w:r w:rsidRPr="007D5A8A">
        <w:rPr>
          <w:b/>
          <w:bCs/>
        </w:rPr>
        <w:t>HND Pearson</w:t>
      </w:r>
      <w:r w:rsidR="007B5C99">
        <w:rPr>
          <w:b/>
          <w:bCs/>
        </w:rPr>
        <w:t xml:space="preserve"> UK </w:t>
      </w:r>
      <w:r w:rsidR="007036A7">
        <w:rPr>
          <w:b/>
          <w:bCs/>
        </w:rPr>
        <w:t xml:space="preserve">Awarding Body </w:t>
      </w:r>
      <w:r w:rsidRPr="007D5A8A">
        <w:rPr>
          <w:b/>
          <w:bCs/>
        </w:rPr>
        <w:t xml:space="preserve">Diploma – </w:t>
      </w:r>
      <w:r w:rsidR="00590213" w:rsidRPr="007D5A8A">
        <w:rPr>
          <w:b/>
          <w:bCs/>
        </w:rPr>
        <w:t>September, 2020</w:t>
      </w:r>
    </w:p>
    <w:p w14:paraId="322BC0EE" w14:textId="0948DF3E" w:rsidR="00EE6CF4" w:rsidRPr="007D5A8A" w:rsidRDefault="00284AF4">
      <w:pPr>
        <w:rPr>
          <w:b/>
          <w:bCs/>
        </w:rPr>
      </w:pPr>
      <w:r w:rsidRPr="007D5A8A">
        <w:rPr>
          <w:b/>
          <w:bCs/>
        </w:rPr>
        <w:t xml:space="preserve">ACCA EXEMPTION 9 PAPERS </w:t>
      </w:r>
      <w:r w:rsidR="00EE6CF4" w:rsidRPr="007D5A8A">
        <w:rPr>
          <w:b/>
          <w:bCs/>
        </w:rPr>
        <w:t xml:space="preserve">&amp; HEC BACHELOR DEGREE IN PAKISTAN </w:t>
      </w:r>
    </w:p>
    <w:p w14:paraId="7C8E6783" w14:textId="06FF609A" w:rsidR="00F833FF" w:rsidRPr="007D5A8A" w:rsidRDefault="00601C88">
      <w:pPr>
        <w:rPr>
          <w:b/>
          <w:bCs/>
        </w:rPr>
      </w:pPr>
      <w:r w:rsidRPr="007D5A8A">
        <w:rPr>
          <w:b/>
          <w:bCs/>
        </w:rPr>
        <w:t xml:space="preserve">Higher Secondary School Certificate (HSSC) – </w:t>
      </w:r>
      <w:r w:rsidR="00590213" w:rsidRPr="007D5A8A">
        <w:rPr>
          <w:b/>
          <w:bCs/>
        </w:rPr>
        <w:t xml:space="preserve">2019 – 2021 </w:t>
      </w:r>
    </w:p>
    <w:p w14:paraId="3136D48B" w14:textId="7AEC677E" w:rsidR="00B10B2A" w:rsidRPr="001C3540" w:rsidRDefault="00601C88">
      <w:pPr>
        <w:rPr>
          <w:b/>
          <w:bCs/>
          <w:sz w:val="24"/>
          <w:szCs w:val="24"/>
        </w:rPr>
      </w:pPr>
      <w:r w:rsidRPr="001C3540">
        <w:rPr>
          <w:b/>
          <w:bCs/>
          <w:sz w:val="24"/>
          <w:szCs w:val="24"/>
        </w:rPr>
        <w:t xml:space="preserve">Secondary School Certificate (SSC) – </w:t>
      </w:r>
      <w:r w:rsidR="00590213" w:rsidRPr="001C3540">
        <w:rPr>
          <w:b/>
          <w:bCs/>
          <w:sz w:val="24"/>
          <w:szCs w:val="24"/>
        </w:rPr>
        <w:t xml:space="preserve">2014 </w:t>
      </w:r>
      <w:r w:rsidR="00971B60" w:rsidRPr="001C3540">
        <w:rPr>
          <w:b/>
          <w:bCs/>
          <w:sz w:val="24"/>
          <w:szCs w:val="24"/>
        </w:rPr>
        <w:t>–</w:t>
      </w:r>
      <w:r w:rsidR="00590213" w:rsidRPr="001C3540">
        <w:rPr>
          <w:b/>
          <w:bCs/>
          <w:sz w:val="24"/>
          <w:szCs w:val="24"/>
        </w:rPr>
        <w:t xml:space="preserve"> 2016</w:t>
      </w:r>
    </w:p>
    <w:p w14:paraId="2B362830" w14:textId="77777777" w:rsidR="00971B60" w:rsidRPr="007D5A8A" w:rsidRDefault="00971B60">
      <w:pPr>
        <w:rPr>
          <w:b/>
          <w:bCs/>
        </w:rPr>
      </w:pPr>
    </w:p>
    <w:p w14:paraId="1210D8BD" w14:textId="77777777" w:rsidR="00F833FF" w:rsidRPr="007D5A8A" w:rsidRDefault="00601C88">
      <w:pPr>
        <w:pStyle w:val="Heading2"/>
      </w:pPr>
      <w:r w:rsidRPr="007D5A8A">
        <w:t>Work Experience</w:t>
      </w:r>
    </w:p>
    <w:p w14:paraId="0A449BA7" w14:textId="77777777" w:rsidR="00F138B0" w:rsidRPr="00F138B0" w:rsidRDefault="00F138B0" w:rsidP="00F138B0"/>
    <w:p w14:paraId="76A1004D" w14:textId="5D969EA7" w:rsidR="00A74930" w:rsidRPr="00EF65FC" w:rsidRDefault="00DE545F" w:rsidP="00DE545F">
      <w:pPr>
        <w:rPr>
          <w:b/>
          <w:bCs/>
          <w:color w:val="4F81BD" w:themeColor="accent1"/>
          <w:sz w:val="32"/>
          <w:szCs w:val="32"/>
        </w:rPr>
      </w:pPr>
      <w:r w:rsidRPr="00EF65FC">
        <w:rPr>
          <w:b/>
          <w:bCs/>
          <w:color w:val="4F81BD" w:themeColor="accent1"/>
          <w:sz w:val="32"/>
          <w:szCs w:val="32"/>
        </w:rPr>
        <w:t xml:space="preserve">HR </w:t>
      </w:r>
      <w:r w:rsidR="004B0EBF" w:rsidRPr="00EF65FC">
        <w:rPr>
          <w:b/>
          <w:bCs/>
          <w:color w:val="4F81BD" w:themeColor="accent1"/>
          <w:sz w:val="32"/>
          <w:szCs w:val="32"/>
        </w:rPr>
        <w:t>MANAGER</w:t>
      </w:r>
      <w:r w:rsidR="002D4CFA" w:rsidRPr="00EF65FC">
        <w:rPr>
          <w:b/>
          <w:bCs/>
          <w:color w:val="4F81BD" w:themeColor="accent1"/>
          <w:sz w:val="32"/>
          <w:szCs w:val="32"/>
        </w:rPr>
        <w:t xml:space="preserve"> </w:t>
      </w:r>
      <w:r w:rsidR="004B0EBF" w:rsidRPr="00EF65FC">
        <w:rPr>
          <w:b/>
          <w:bCs/>
          <w:color w:val="4F81BD" w:themeColor="accent1"/>
          <w:sz w:val="32"/>
          <w:szCs w:val="32"/>
        </w:rPr>
        <w:t xml:space="preserve"> DOPE RESTAURANT</w:t>
      </w:r>
      <w:r w:rsidR="00494FA4" w:rsidRPr="00EF65FC">
        <w:rPr>
          <w:b/>
          <w:bCs/>
          <w:color w:val="4F81BD" w:themeColor="accent1"/>
          <w:sz w:val="32"/>
          <w:szCs w:val="32"/>
        </w:rPr>
        <w:t xml:space="preserve"> ( Present</w:t>
      </w:r>
      <w:r w:rsidR="001D40B0" w:rsidRPr="00EF65FC">
        <w:rPr>
          <w:b/>
          <w:bCs/>
          <w:color w:val="4F81BD" w:themeColor="accent1"/>
          <w:sz w:val="32"/>
          <w:szCs w:val="32"/>
        </w:rPr>
        <w:t xml:space="preserve"> )</w:t>
      </w:r>
    </w:p>
    <w:p w14:paraId="38DB270A" w14:textId="77777777" w:rsidR="00001B72" w:rsidRPr="00971B60" w:rsidRDefault="00001B72" w:rsidP="00DE545F">
      <w:pPr>
        <w:rPr>
          <w:b/>
          <w:bCs/>
          <w:color w:val="4F81BD" w:themeColor="accent1"/>
        </w:rPr>
      </w:pPr>
    </w:p>
    <w:p w14:paraId="6C92E367" w14:textId="0DF2CB79" w:rsidR="00F138B0" w:rsidRDefault="00135982" w:rsidP="00DE545F">
      <w:pPr>
        <w:rPr>
          <w:b/>
          <w:bCs/>
          <w:color w:val="000000" w:themeColor="text1"/>
        </w:rPr>
      </w:pPr>
      <w:r>
        <w:rPr>
          <w:b/>
          <w:bCs/>
          <w:color w:val="000000" w:themeColor="text1"/>
        </w:rPr>
        <w:t xml:space="preserve">I am working as a HR MANAGER at Dope Restaurant </w:t>
      </w:r>
      <w:r w:rsidR="001D40B0">
        <w:rPr>
          <w:b/>
          <w:bCs/>
          <w:color w:val="000000" w:themeColor="text1"/>
        </w:rPr>
        <w:t xml:space="preserve"> , I am responsible </w:t>
      </w:r>
      <w:r w:rsidR="00C34DA4">
        <w:rPr>
          <w:b/>
          <w:bCs/>
          <w:color w:val="000000" w:themeColor="text1"/>
        </w:rPr>
        <w:t>and JDs</w:t>
      </w:r>
      <w:r w:rsidR="00CD6B4B">
        <w:rPr>
          <w:b/>
          <w:bCs/>
          <w:color w:val="000000" w:themeColor="text1"/>
        </w:rPr>
        <w:t xml:space="preserve"> to</w:t>
      </w:r>
      <w:r w:rsidR="00C34DA4">
        <w:rPr>
          <w:b/>
          <w:bCs/>
          <w:color w:val="000000" w:themeColor="text1"/>
        </w:rPr>
        <w:t xml:space="preserve"> </w:t>
      </w:r>
      <w:r w:rsidR="009B53D9">
        <w:rPr>
          <w:b/>
          <w:bCs/>
          <w:color w:val="000000" w:themeColor="text1"/>
        </w:rPr>
        <w:t>Managed end-to-end HR operations and payroll administration for a workforce of 150 employees. Oversaw recruitment, onb</w:t>
      </w:r>
      <w:r w:rsidR="009B53D9" w:rsidRPr="00EF65FC">
        <w:rPr>
          <w:b/>
          <w:bCs/>
          <w:color w:val="000000" w:themeColor="text1"/>
        </w:rPr>
        <w:t>oarding, attendance management, employee relations, performance management, and labor law compliance</w:t>
      </w:r>
      <w:r w:rsidR="009B53D9">
        <w:rPr>
          <w:b/>
          <w:bCs/>
          <w:color w:val="000000" w:themeColor="text1"/>
        </w:rPr>
        <w:t>. Ensured accurate payroll processing, maintained HR records, prepared management reports, and supported workforce planning to achieve operational excellence in a fast-paced restaurant environment.</w:t>
      </w:r>
    </w:p>
    <w:p w14:paraId="30E8334F" w14:textId="77777777" w:rsidR="00DA767C" w:rsidRDefault="00DA767C" w:rsidP="00DE545F">
      <w:pPr>
        <w:rPr>
          <w:b/>
          <w:bCs/>
          <w:color w:val="000000" w:themeColor="text1"/>
        </w:rPr>
      </w:pPr>
      <w:r>
        <w:rPr>
          <w:b/>
          <w:bCs/>
          <w:color w:val="000000" w:themeColor="text1"/>
        </w:rPr>
        <w:t>Oversee attendance, payroll coordination, leave management, and employee records.</w:t>
      </w:r>
    </w:p>
    <w:p w14:paraId="5705300B" w14:textId="77777777" w:rsidR="00DA767C" w:rsidRDefault="00DA767C" w:rsidP="00DE545F">
      <w:pPr>
        <w:rPr>
          <w:b/>
          <w:bCs/>
          <w:color w:val="000000" w:themeColor="text1"/>
        </w:rPr>
      </w:pPr>
      <w:r>
        <w:rPr>
          <w:b/>
          <w:bCs/>
          <w:color w:val="000000" w:themeColor="text1"/>
        </w:rPr>
        <w:t>Handle employee relations, disciplinary actions, and conflict resolution.</w:t>
      </w:r>
    </w:p>
    <w:p w14:paraId="7D1107BC" w14:textId="77777777" w:rsidR="00DA767C" w:rsidRDefault="00DA767C" w:rsidP="00DE545F">
      <w:pPr>
        <w:rPr>
          <w:b/>
          <w:bCs/>
          <w:color w:val="000000" w:themeColor="text1"/>
        </w:rPr>
      </w:pPr>
      <w:r>
        <w:rPr>
          <w:b/>
          <w:bCs/>
          <w:color w:val="000000" w:themeColor="text1"/>
        </w:rPr>
        <w:t>Ensure compliance with labor laws and company policies.</w:t>
      </w:r>
    </w:p>
    <w:p w14:paraId="1162AD2A" w14:textId="77777777" w:rsidR="00DA767C" w:rsidRPr="00135982" w:rsidRDefault="00DA767C" w:rsidP="00DE545F">
      <w:pPr>
        <w:rPr>
          <w:b/>
          <w:bCs/>
          <w:color w:val="000000" w:themeColor="text1"/>
        </w:rPr>
      </w:pPr>
      <w:r>
        <w:rPr>
          <w:b/>
          <w:bCs/>
          <w:color w:val="000000" w:themeColor="text1"/>
        </w:rPr>
        <w:t>Support employee engagement and retention initiatives.</w:t>
      </w:r>
    </w:p>
    <w:p w14:paraId="2F105CA3" w14:textId="1D630730" w:rsidR="00DE545F" w:rsidRPr="00DE545F" w:rsidRDefault="00DE545F" w:rsidP="00DE545F"/>
    <w:p w14:paraId="4C4E8253" w14:textId="77777777" w:rsidR="00F75295" w:rsidRPr="00F75295" w:rsidRDefault="00F75295" w:rsidP="00F75295"/>
    <w:p w14:paraId="4C4361F9" w14:textId="0FE761CB" w:rsidR="00071D15" w:rsidRPr="001C3540" w:rsidRDefault="00F75295" w:rsidP="006E72DA">
      <w:pPr>
        <w:rPr>
          <w:b/>
          <w:bCs/>
          <w:color w:val="4F81BD" w:themeColor="accent1"/>
          <w:sz w:val="32"/>
          <w:szCs w:val="32"/>
        </w:rPr>
      </w:pPr>
      <w:r w:rsidRPr="001C3540">
        <w:rPr>
          <w:b/>
          <w:bCs/>
          <w:color w:val="4F81BD" w:themeColor="accent1"/>
          <w:sz w:val="32"/>
          <w:szCs w:val="32"/>
        </w:rPr>
        <w:t>FINANCIAL AUDITOR SOFT SWIRL AND CHURN STATION</w:t>
      </w:r>
      <w:r w:rsidR="00272B9A" w:rsidRPr="001C3540">
        <w:rPr>
          <w:b/>
          <w:bCs/>
          <w:color w:val="4F81BD" w:themeColor="accent1"/>
          <w:sz w:val="32"/>
          <w:szCs w:val="32"/>
        </w:rPr>
        <w:t>.</w:t>
      </w:r>
    </w:p>
    <w:p w14:paraId="1019AB0C" w14:textId="4F33D774" w:rsidR="00921A29" w:rsidRPr="001C3540" w:rsidRDefault="00921A29" w:rsidP="006E72DA">
      <w:pPr>
        <w:rPr>
          <w:b/>
          <w:bCs/>
          <w:color w:val="4F81BD" w:themeColor="accent1"/>
          <w:sz w:val="32"/>
          <w:szCs w:val="32"/>
        </w:rPr>
      </w:pPr>
      <w:r w:rsidRPr="001C3540">
        <w:rPr>
          <w:b/>
          <w:bCs/>
          <w:color w:val="4F81BD" w:themeColor="accent1"/>
          <w:sz w:val="32"/>
          <w:szCs w:val="32"/>
        </w:rPr>
        <w:t xml:space="preserve">1 years Experience </w:t>
      </w:r>
    </w:p>
    <w:p w14:paraId="4EA6E0A4" w14:textId="1817DC1F" w:rsidR="001D57EF" w:rsidRPr="001C3540" w:rsidRDefault="00A26BA0" w:rsidP="006E72DA">
      <w:pPr>
        <w:rPr>
          <w:b/>
          <w:bCs/>
          <w:color w:val="4F81BD" w:themeColor="accent1"/>
          <w:sz w:val="32"/>
          <w:szCs w:val="32"/>
        </w:rPr>
      </w:pPr>
      <w:r w:rsidRPr="001C3540">
        <w:rPr>
          <w:b/>
          <w:bCs/>
          <w:color w:val="4F81BD" w:themeColor="accent1"/>
          <w:sz w:val="32"/>
          <w:szCs w:val="32"/>
        </w:rPr>
        <w:t>( AUGUST 2025-</w:t>
      </w:r>
      <w:r w:rsidR="00DE01A9" w:rsidRPr="001C3540">
        <w:rPr>
          <w:b/>
          <w:bCs/>
          <w:color w:val="4F81BD" w:themeColor="accent1"/>
          <w:sz w:val="32"/>
          <w:szCs w:val="32"/>
        </w:rPr>
        <w:t>APRIL2026</w:t>
      </w:r>
      <w:r w:rsidR="00D23FD2" w:rsidRPr="001C3540">
        <w:rPr>
          <w:b/>
          <w:bCs/>
          <w:color w:val="4F81BD" w:themeColor="accent1"/>
          <w:sz w:val="32"/>
          <w:szCs w:val="32"/>
        </w:rPr>
        <w:t>)</w:t>
      </w:r>
    </w:p>
    <w:p w14:paraId="4EE78AA0" w14:textId="77777777" w:rsidR="00DC47F4" w:rsidRPr="00DC47F4" w:rsidRDefault="00DC47F4" w:rsidP="006E72DA">
      <w:pPr>
        <w:rPr>
          <w:b/>
          <w:bCs/>
          <w:color w:val="4F81BD" w:themeColor="accent1"/>
          <w:sz w:val="24"/>
          <w:szCs w:val="24"/>
        </w:rPr>
      </w:pPr>
    </w:p>
    <w:p w14:paraId="663EBFCE" w14:textId="2B6FFDFD" w:rsidR="00FA19EE" w:rsidRPr="002F4FAC" w:rsidRDefault="00FA19EE" w:rsidP="00FA19EE">
      <w:pPr>
        <w:rPr>
          <w:b/>
          <w:bCs/>
          <w:color w:val="000000" w:themeColor="text1"/>
        </w:rPr>
      </w:pPr>
      <w:r w:rsidRPr="002F4FAC">
        <w:rPr>
          <w:b/>
          <w:bCs/>
          <w:color w:val="000000" w:themeColor="text1"/>
        </w:rPr>
        <w:t xml:space="preserve">As a Financial Auditor, </w:t>
      </w:r>
      <w:r w:rsidR="00C63E91">
        <w:rPr>
          <w:b/>
          <w:bCs/>
          <w:color w:val="000000" w:themeColor="text1"/>
        </w:rPr>
        <w:t xml:space="preserve">I am </w:t>
      </w:r>
      <w:r w:rsidRPr="002F4FAC">
        <w:rPr>
          <w:b/>
          <w:bCs/>
          <w:color w:val="000000" w:themeColor="text1"/>
        </w:rPr>
        <w:t xml:space="preserve">responsible for </w:t>
      </w:r>
      <w:r w:rsidR="00C63E91">
        <w:rPr>
          <w:b/>
          <w:bCs/>
          <w:color w:val="000000" w:themeColor="text1"/>
        </w:rPr>
        <w:t xml:space="preserve">24 Branches </w:t>
      </w:r>
      <w:r w:rsidRPr="002F4FAC">
        <w:rPr>
          <w:b/>
          <w:bCs/>
          <w:color w:val="000000" w:themeColor="text1"/>
        </w:rPr>
        <w:t>ensuring financial accuracy, compliance, and operational efficiency across all outlets. The role focuses on auditing financial records, monitoring internal controls, and supporting management with data-driven insights to improve profitability and reduce risk.</w:t>
      </w:r>
    </w:p>
    <w:p w14:paraId="105127E4" w14:textId="77777777" w:rsidR="00FA19EE" w:rsidRPr="002F4FAC" w:rsidRDefault="00FA19EE" w:rsidP="00FA19EE">
      <w:pPr>
        <w:rPr>
          <w:b/>
          <w:bCs/>
          <w:color w:val="000000" w:themeColor="text1"/>
        </w:rPr>
      </w:pPr>
      <w:r w:rsidRPr="002F4FAC">
        <w:rPr>
          <w:b/>
          <w:bCs/>
          <w:color w:val="000000" w:themeColor="text1"/>
        </w:rPr>
        <w:t>Key Responsibilities:</w:t>
      </w:r>
    </w:p>
    <w:p w14:paraId="14741871" w14:textId="77777777" w:rsidR="00FA19EE" w:rsidRPr="002F4FAC" w:rsidRDefault="00FA19EE" w:rsidP="00FA19EE">
      <w:pPr>
        <w:rPr>
          <w:b/>
          <w:bCs/>
          <w:color w:val="000000" w:themeColor="text1"/>
        </w:rPr>
      </w:pPr>
      <w:r w:rsidRPr="002F4FAC">
        <w:rPr>
          <w:b/>
          <w:bCs/>
          <w:color w:val="000000" w:themeColor="text1"/>
        </w:rPr>
        <w:t>Conduct regular financial audits of daily sales, cash handling, and inventory records</w:t>
      </w:r>
    </w:p>
    <w:p w14:paraId="44DA6CE2" w14:textId="77777777" w:rsidR="00FA19EE" w:rsidRPr="002F4FAC" w:rsidRDefault="00FA19EE" w:rsidP="00FA19EE">
      <w:pPr>
        <w:rPr>
          <w:b/>
          <w:bCs/>
          <w:color w:val="000000" w:themeColor="text1"/>
        </w:rPr>
      </w:pPr>
      <w:r w:rsidRPr="002F4FAC">
        <w:rPr>
          <w:b/>
          <w:bCs/>
          <w:color w:val="000000" w:themeColor="text1"/>
        </w:rPr>
        <w:t>Verify revenue reports, POS transactions, and bank reconciliations</w:t>
      </w:r>
    </w:p>
    <w:p w14:paraId="0A8FFF09" w14:textId="77777777" w:rsidR="00FA19EE" w:rsidRPr="002F4FAC" w:rsidRDefault="00FA19EE" w:rsidP="00FA19EE">
      <w:pPr>
        <w:rPr>
          <w:b/>
          <w:bCs/>
          <w:color w:val="000000" w:themeColor="text1"/>
        </w:rPr>
      </w:pPr>
      <w:r w:rsidRPr="002F4FAC">
        <w:rPr>
          <w:b/>
          <w:bCs/>
          <w:color w:val="000000" w:themeColor="text1"/>
        </w:rPr>
        <w:t>Analyze P&amp;L statements to identify discrepancies and cost-saving opportunities</w:t>
      </w:r>
    </w:p>
    <w:p w14:paraId="5137A315" w14:textId="77777777" w:rsidR="00FA19EE" w:rsidRPr="002F4FAC" w:rsidRDefault="00FA19EE" w:rsidP="00FA19EE">
      <w:pPr>
        <w:rPr>
          <w:b/>
          <w:bCs/>
          <w:color w:val="000000" w:themeColor="text1"/>
        </w:rPr>
      </w:pPr>
      <w:r w:rsidRPr="002F4FAC">
        <w:rPr>
          <w:b/>
          <w:bCs/>
          <w:color w:val="000000" w:themeColor="text1"/>
        </w:rPr>
        <w:t>Ensure compliance with company policies, SOPs, and financial regulations</w:t>
      </w:r>
    </w:p>
    <w:p w14:paraId="5E7839EA" w14:textId="77777777" w:rsidR="00FA19EE" w:rsidRPr="002F4FAC" w:rsidRDefault="00FA19EE" w:rsidP="00FA19EE">
      <w:pPr>
        <w:rPr>
          <w:b/>
          <w:bCs/>
          <w:color w:val="000000" w:themeColor="text1"/>
        </w:rPr>
      </w:pPr>
      <w:r w:rsidRPr="002F4FAC">
        <w:rPr>
          <w:b/>
          <w:bCs/>
          <w:color w:val="000000" w:themeColor="text1"/>
        </w:rPr>
        <w:t>Monitor food cost, wastage, and variance reports across outlets</w:t>
      </w:r>
    </w:p>
    <w:p w14:paraId="4552A551" w14:textId="77777777" w:rsidR="00FA19EE" w:rsidRPr="002F4FAC" w:rsidRDefault="00FA19EE" w:rsidP="00FA19EE">
      <w:pPr>
        <w:rPr>
          <w:b/>
          <w:bCs/>
          <w:color w:val="000000" w:themeColor="text1"/>
        </w:rPr>
      </w:pPr>
      <w:r w:rsidRPr="002F4FAC">
        <w:rPr>
          <w:b/>
          <w:bCs/>
          <w:color w:val="000000" w:themeColor="text1"/>
        </w:rPr>
        <w:t>Perform surprise cash audits and stock counts to prevent fraud or errors</w:t>
      </w:r>
    </w:p>
    <w:p w14:paraId="0E9CF011" w14:textId="77777777" w:rsidR="00FA19EE" w:rsidRPr="002F4FAC" w:rsidRDefault="00FA19EE" w:rsidP="00FA19EE">
      <w:pPr>
        <w:rPr>
          <w:b/>
          <w:bCs/>
          <w:color w:val="000000" w:themeColor="text1"/>
        </w:rPr>
      </w:pPr>
      <w:r w:rsidRPr="002F4FAC">
        <w:rPr>
          <w:b/>
          <w:bCs/>
          <w:color w:val="000000" w:themeColor="text1"/>
        </w:rPr>
        <w:t>Review vendor invoices, payments, and expense reports for accuracy</w:t>
      </w:r>
    </w:p>
    <w:p w14:paraId="35B27546" w14:textId="77777777" w:rsidR="00FA19EE" w:rsidRPr="002F4FAC" w:rsidRDefault="00FA19EE" w:rsidP="00FA19EE">
      <w:pPr>
        <w:rPr>
          <w:b/>
          <w:bCs/>
          <w:color w:val="000000" w:themeColor="text1"/>
        </w:rPr>
      </w:pPr>
      <w:r w:rsidRPr="002F4FAC">
        <w:rPr>
          <w:b/>
          <w:bCs/>
          <w:color w:val="000000" w:themeColor="text1"/>
        </w:rPr>
        <w:t>Identify internal control weaknesses and recommend improvements</w:t>
      </w:r>
    </w:p>
    <w:p w14:paraId="1A49C1A5" w14:textId="77777777" w:rsidR="00FA19EE" w:rsidRPr="002F4FAC" w:rsidRDefault="00FA19EE" w:rsidP="00FA19EE">
      <w:pPr>
        <w:rPr>
          <w:b/>
          <w:bCs/>
          <w:color w:val="000000" w:themeColor="text1"/>
        </w:rPr>
      </w:pPr>
      <w:r w:rsidRPr="002F4FAC">
        <w:rPr>
          <w:b/>
          <w:bCs/>
          <w:color w:val="000000" w:themeColor="text1"/>
        </w:rPr>
        <w:t>Prepare detailed audit reports and present findings to management</w:t>
      </w:r>
    </w:p>
    <w:p w14:paraId="1A9687CC" w14:textId="77777777" w:rsidR="00FA19EE" w:rsidRPr="002F4FAC" w:rsidRDefault="00FA19EE" w:rsidP="00FA19EE">
      <w:pPr>
        <w:rPr>
          <w:b/>
          <w:bCs/>
          <w:color w:val="000000" w:themeColor="text1"/>
        </w:rPr>
      </w:pPr>
      <w:r w:rsidRPr="002F4FAC">
        <w:rPr>
          <w:b/>
          <w:bCs/>
          <w:color w:val="000000" w:themeColor="text1"/>
        </w:rPr>
        <w:t>Support operations team in improving cost control and profitability</w:t>
      </w:r>
    </w:p>
    <w:p w14:paraId="1BE46112" w14:textId="77777777" w:rsidR="00FA19EE" w:rsidRPr="002F4FAC" w:rsidRDefault="00FA19EE" w:rsidP="00FA19EE">
      <w:pPr>
        <w:rPr>
          <w:b/>
          <w:bCs/>
          <w:color w:val="000000" w:themeColor="text1"/>
        </w:rPr>
      </w:pPr>
      <w:r w:rsidRPr="002F4FAC">
        <w:rPr>
          <w:b/>
          <w:bCs/>
          <w:color w:val="000000" w:themeColor="text1"/>
        </w:rPr>
        <w:t>Ensure proper documentation of all financial transactions and audit trails</w:t>
      </w:r>
    </w:p>
    <w:p w14:paraId="236CBFB7" w14:textId="77777777" w:rsidR="00FA19EE" w:rsidRPr="002F4FAC" w:rsidRDefault="00FA19EE" w:rsidP="00FA19EE">
      <w:pPr>
        <w:rPr>
          <w:b/>
          <w:bCs/>
          <w:color w:val="000000" w:themeColor="text1"/>
        </w:rPr>
      </w:pPr>
      <w:r w:rsidRPr="002F4FAC">
        <w:rPr>
          <w:b/>
          <w:bCs/>
          <w:color w:val="000000" w:themeColor="text1"/>
        </w:rPr>
        <w:t>Key Skills &amp; Competencies:</w:t>
      </w:r>
    </w:p>
    <w:p w14:paraId="1E039098" w14:textId="77777777" w:rsidR="00FA19EE" w:rsidRPr="002F4FAC" w:rsidRDefault="00FA19EE" w:rsidP="00FA19EE">
      <w:pPr>
        <w:rPr>
          <w:b/>
          <w:bCs/>
          <w:color w:val="000000" w:themeColor="text1"/>
        </w:rPr>
      </w:pPr>
      <w:r w:rsidRPr="002F4FAC">
        <w:rPr>
          <w:b/>
          <w:bCs/>
          <w:color w:val="000000" w:themeColor="text1"/>
        </w:rPr>
        <w:t>Strong knowledge of Accounting &amp; Finance principles</w:t>
      </w:r>
    </w:p>
    <w:p w14:paraId="09CEEB24" w14:textId="77777777" w:rsidR="00FA19EE" w:rsidRPr="002F4FAC" w:rsidRDefault="00FA19EE" w:rsidP="00FA19EE">
      <w:pPr>
        <w:rPr>
          <w:b/>
          <w:bCs/>
          <w:color w:val="000000" w:themeColor="text1"/>
        </w:rPr>
      </w:pPr>
      <w:r w:rsidRPr="002F4FAC">
        <w:rPr>
          <w:b/>
          <w:bCs/>
          <w:color w:val="000000" w:themeColor="text1"/>
        </w:rPr>
        <w:t>Expertise in P&amp;L analysis and variance analysis</w:t>
      </w:r>
    </w:p>
    <w:p w14:paraId="621F8856" w14:textId="77777777" w:rsidR="00FA19EE" w:rsidRPr="002F4FAC" w:rsidRDefault="00FA19EE" w:rsidP="00FA19EE">
      <w:pPr>
        <w:rPr>
          <w:b/>
          <w:bCs/>
          <w:color w:val="000000" w:themeColor="text1"/>
        </w:rPr>
      </w:pPr>
      <w:r w:rsidRPr="002F4FAC">
        <w:rPr>
          <w:b/>
          <w:bCs/>
          <w:color w:val="000000" w:themeColor="text1"/>
        </w:rPr>
        <w:t>Attention to detail and strong analytical skills</w:t>
      </w:r>
    </w:p>
    <w:p w14:paraId="6EBE3749" w14:textId="77777777" w:rsidR="00FA19EE" w:rsidRPr="002F4FAC" w:rsidRDefault="00FA19EE" w:rsidP="00FA19EE">
      <w:pPr>
        <w:rPr>
          <w:b/>
          <w:bCs/>
          <w:color w:val="000000" w:themeColor="text1"/>
        </w:rPr>
      </w:pPr>
      <w:r w:rsidRPr="002F4FAC">
        <w:rPr>
          <w:b/>
          <w:bCs/>
          <w:color w:val="000000" w:themeColor="text1"/>
        </w:rPr>
        <w:t>Familiarity with POS systems and inventory management</w:t>
      </w:r>
    </w:p>
    <w:p w14:paraId="125BE8E1" w14:textId="77777777" w:rsidR="00FA19EE" w:rsidRPr="002F4FAC" w:rsidRDefault="00FA19EE" w:rsidP="00FA19EE">
      <w:pPr>
        <w:rPr>
          <w:b/>
          <w:bCs/>
          <w:color w:val="000000" w:themeColor="text1"/>
        </w:rPr>
      </w:pPr>
      <w:r w:rsidRPr="002F4FAC">
        <w:rPr>
          <w:b/>
          <w:bCs/>
          <w:color w:val="000000" w:themeColor="text1"/>
        </w:rPr>
        <w:t>Ability to detect fraud, errors, and inefficiencies</w:t>
      </w:r>
    </w:p>
    <w:p w14:paraId="6B01AEDE" w14:textId="77777777" w:rsidR="00FA19EE" w:rsidRPr="002F4FAC" w:rsidRDefault="00FA19EE" w:rsidP="00FA19EE">
      <w:pPr>
        <w:rPr>
          <w:b/>
          <w:bCs/>
          <w:color w:val="000000" w:themeColor="text1"/>
        </w:rPr>
      </w:pPr>
      <w:r w:rsidRPr="002F4FAC">
        <w:rPr>
          <w:b/>
          <w:bCs/>
          <w:color w:val="000000" w:themeColor="text1"/>
        </w:rPr>
        <w:t>Strong communication and reporting skills</w:t>
      </w:r>
    </w:p>
    <w:p w14:paraId="4C4387EA" w14:textId="77777777" w:rsidR="00FA19EE" w:rsidRDefault="00FA19EE">
      <w:pPr>
        <w:pStyle w:val="Heading3"/>
        <w:rPr>
          <w:color w:val="000000" w:themeColor="text1"/>
        </w:rPr>
      </w:pPr>
      <w:r w:rsidRPr="002F4FAC">
        <w:rPr>
          <w:color w:val="000000" w:themeColor="text1"/>
        </w:rPr>
        <w:t>Proficiency in MS Excel and financial reporting tools</w:t>
      </w:r>
    </w:p>
    <w:p w14:paraId="6A170371" w14:textId="78E6F42C" w:rsidR="00612605" w:rsidRDefault="00601C88">
      <w:pPr>
        <w:rPr>
          <w:b/>
          <w:bCs/>
        </w:rPr>
      </w:pPr>
      <w:r w:rsidRPr="00831A95">
        <w:rPr>
          <w:b/>
          <w:bCs/>
        </w:rPr>
        <w:t xml:space="preserve"> </w:t>
      </w:r>
    </w:p>
    <w:p w14:paraId="7BAC3C88" w14:textId="3BDD5F99" w:rsidR="008C0FD1" w:rsidRDefault="0068470D">
      <w:pPr>
        <w:rPr>
          <w:b/>
          <w:bCs/>
          <w:color w:val="4F81BD" w:themeColor="accent1"/>
          <w:sz w:val="32"/>
          <w:szCs w:val="32"/>
        </w:rPr>
      </w:pPr>
      <w:r w:rsidRPr="005471BA">
        <w:rPr>
          <w:b/>
          <w:bCs/>
          <w:color w:val="4F81BD" w:themeColor="accent1"/>
          <w:sz w:val="32"/>
          <w:szCs w:val="32"/>
        </w:rPr>
        <w:t xml:space="preserve">BRIM BURGER </w:t>
      </w:r>
      <w:r w:rsidR="00A57C03">
        <w:rPr>
          <w:b/>
          <w:bCs/>
          <w:color w:val="4F81BD" w:themeColor="accent1"/>
          <w:sz w:val="32"/>
          <w:szCs w:val="32"/>
        </w:rPr>
        <w:t>(T</w:t>
      </w:r>
      <w:r w:rsidR="005471BA">
        <w:rPr>
          <w:b/>
          <w:bCs/>
          <w:color w:val="4F81BD" w:themeColor="accent1"/>
          <w:sz w:val="32"/>
          <w:szCs w:val="32"/>
        </w:rPr>
        <w:t>EAM LEAD MANAGER</w:t>
      </w:r>
      <w:r w:rsidR="00A57C03">
        <w:rPr>
          <w:b/>
          <w:bCs/>
          <w:color w:val="4F81BD" w:themeColor="accent1"/>
          <w:sz w:val="32"/>
          <w:szCs w:val="32"/>
        </w:rPr>
        <w:t>)</w:t>
      </w:r>
    </w:p>
    <w:p w14:paraId="17AFE1E0" w14:textId="61AFF550" w:rsidR="008C0FD1" w:rsidRPr="00475BC0" w:rsidRDefault="008C0FD1">
      <w:pPr>
        <w:rPr>
          <w:color w:val="4F81BD" w:themeColor="accent1"/>
          <w:sz w:val="32"/>
          <w:szCs w:val="32"/>
        </w:rPr>
      </w:pPr>
      <w:r>
        <w:rPr>
          <w:b/>
          <w:bCs/>
          <w:color w:val="4F81BD" w:themeColor="accent1"/>
          <w:sz w:val="32"/>
          <w:szCs w:val="32"/>
        </w:rPr>
        <w:t>(</w:t>
      </w:r>
      <w:r w:rsidR="00475BC0">
        <w:rPr>
          <w:b/>
          <w:bCs/>
          <w:color w:val="4F81BD" w:themeColor="accent1"/>
          <w:sz w:val="32"/>
          <w:szCs w:val="32"/>
        </w:rPr>
        <w:t xml:space="preserve">DEC 2022 </w:t>
      </w:r>
      <w:r w:rsidR="006E45FF">
        <w:rPr>
          <w:b/>
          <w:bCs/>
          <w:color w:val="4F81BD" w:themeColor="accent1"/>
          <w:sz w:val="32"/>
          <w:szCs w:val="32"/>
        </w:rPr>
        <w:t>–</w:t>
      </w:r>
      <w:r w:rsidR="00475BC0">
        <w:rPr>
          <w:b/>
          <w:bCs/>
          <w:color w:val="4F81BD" w:themeColor="accent1"/>
          <w:sz w:val="32"/>
          <w:szCs w:val="32"/>
        </w:rPr>
        <w:t xml:space="preserve"> </w:t>
      </w:r>
      <w:r w:rsidR="006E45FF">
        <w:rPr>
          <w:b/>
          <w:bCs/>
          <w:color w:val="4F81BD" w:themeColor="accent1"/>
          <w:sz w:val="32"/>
          <w:szCs w:val="32"/>
        </w:rPr>
        <w:t>JULY 2023)</w:t>
      </w:r>
    </w:p>
    <w:p w14:paraId="6FFB8FB0" w14:textId="77777777" w:rsidR="001C135D" w:rsidRDefault="001C135D">
      <w:pPr>
        <w:rPr>
          <w:b/>
          <w:bCs/>
          <w:color w:val="4F81BD" w:themeColor="accent1"/>
          <w:sz w:val="32"/>
          <w:szCs w:val="32"/>
        </w:rPr>
      </w:pPr>
    </w:p>
    <w:p w14:paraId="49181F84" w14:textId="77777777" w:rsidR="001C135D" w:rsidRPr="008C0FD1" w:rsidRDefault="007904B1" w:rsidP="00F60CBE">
      <w:pPr>
        <w:rPr>
          <w:b/>
          <w:bCs/>
          <w:color w:val="000000" w:themeColor="text1"/>
        </w:rPr>
      </w:pPr>
      <w:r w:rsidRPr="008C0FD1">
        <w:rPr>
          <w:b/>
          <w:bCs/>
          <w:color w:val="000000" w:themeColor="text1"/>
        </w:rPr>
        <w:t xml:space="preserve">As a Team Leader Manager JDs operational smooth </w:t>
      </w:r>
      <w:r w:rsidR="001C135D" w:rsidRPr="008C0FD1">
        <w:rPr>
          <w:b/>
          <w:bCs/>
          <w:color w:val="000000" w:themeColor="text1"/>
        </w:rPr>
        <w:t xml:space="preserve">for customer service. </w:t>
      </w:r>
    </w:p>
    <w:p w14:paraId="0BF43DC4" w14:textId="7DFF6023" w:rsidR="001C135D" w:rsidRPr="00831A95" w:rsidRDefault="001C135D" w:rsidP="00F60CBE">
      <w:pPr>
        <w:rPr>
          <w:b/>
          <w:bCs/>
        </w:rPr>
      </w:pPr>
      <w:r w:rsidRPr="008C0FD1">
        <w:rPr>
          <w:b/>
          <w:bCs/>
        </w:rPr>
        <w:t>P&amp;L and SKU</w:t>
      </w:r>
      <w:r w:rsidRPr="00831A95">
        <w:rPr>
          <w:b/>
          <w:bCs/>
        </w:rPr>
        <w:t xml:space="preserve">, ERP, FIFO and label with Vendor </w:t>
      </w:r>
    </w:p>
    <w:p w14:paraId="33F231B7" w14:textId="77777777" w:rsidR="001C135D" w:rsidRDefault="001C135D" w:rsidP="00F60CBE">
      <w:pPr>
        <w:rPr>
          <w:b/>
          <w:bCs/>
        </w:rPr>
      </w:pPr>
      <w:r w:rsidRPr="00831A95">
        <w:rPr>
          <w:b/>
          <w:bCs/>
        </w:rPr>
        <w:t>- Assisted in daily store operations, including staff supervision, customer service, and inventory management.</w:t>
      </w:r>
      <w:r w:rsidRPr="00831A95">
        <w:rPr>
          <w:b/>
          <w:bCs/>
        </w:rPr>
        <w:br/>
        <w:t>- Ensured high standards of food quality, hygiene, and safety.</w:t>
      </w:r>
      <w:r w:rsidRPr="00831A95">
        <w:rPr>
          <w:b/>
          <w:bCs/>
        </w:rPr>
        <w:br/>
        <w:t>- Supported management in training new employees and improving team efficiency.</w:t>
      </w:r>
    </w:p>
    <w:p w14:paraId="69EB3655" w14:textId="6D6A0515" w:rsidR="00831A95" w:rsidRPr="000C7CFC" w:rsidRDefault="00831A95">
      <w:pPr>
        <w:rPr>
          <w:b/>
          <w:bCs/>
          <w:sz w:val="24"/>
          <w:szCs w:val="24"/>
        </w:rPr>
      </w:pPr>
    </w:p>
    <w:p w14:paraId="3D3DE36D" w14:textId="5ECFE0FF" w:rsidR="00F833FF" w:rsidRPr="002C3610" w:rsidRDefault="002C3610">
      <w:pPr>
        <w:pStyle w:val="Heading3"/>
        <w:rPr>
          <w:b w:val="0"/>
          <w:bCs w:val="0"/>
          <w:sz w:val="32"/>
          <w:szCs w:val="32"/>
        </w:rPr>
      </w:pPr>
      <w:r>
        <w:rPr>
          <w:sz w:val="32"/>
          <w:szCs w:val="32"/>
        </w:rPr>
        <w:t xml:space="preserve">KFC </w:t>
      </w:r>
      <w:r w:rsidR="00A57C03">
        <w:rPr>
          <w:sz w:val="32"/>
          <w:szCs w:val="32"/>
        </w:rPr>
        <w:t>(</w:t>
      </w:r>
      <w:r>
        <w:rPr>
          <w:sz w:val="32"/>
          <w:szCs w:val="32"/>
        </w:rPr>
        <w:t>SHIFT MANAGER</w:t>
      </w:r>
      <w:r w:rsidR="00A57C03">
        <w:rPr>
          <w:sz w:val="32"/>
          <w:szCs w:val="32"/>
        </w:rPr>
        <w:t>)</w:t>
      </w:r>
    </w:p>
    <w:p w14:paraId="4322F6A7" w14:textId="3B1294F1" w:rsidR="006D0D2D" w:rsidRDefault="006D0D2D">
      <w:pPr>
        <w:rPr>
          <w:b/>
          <w:bCs/>
          <w:color w:val="4F81BD" w:themeColor="accent1"/>
          <w:sz w:val="32"/>
          <w:szCs w:val="32"/>
        </w:rPr>
      </w:pPr>
      <w:r w:rsidRPr="007553D4">
        <w:rPr>
          <w:b/>
          <w:bCs/>
          <w:color w:val="4F81BD" w:themeColor="accent1"/>
          <w:sz w:val="32"/>
          <w:szCs w:val="32"/>
        </w:rPr>
        <w:t xml:space="preserve">( </w:t>
      </w:r>
      <w:r w:rsidR="001431F7" w:rsidRPr="007553D4">
        <w:rPr>
          <w:b/>
          <w:bCs/>
          <w:color w:val="4F81BD" w:themeColor="accent1"/>
          <w:sz w:val="32"/>
          <w:szCs w:val="32"/>
        </w:rPr>
        <w:t>JAN 2</w:t>
      </w:r>
      <w:r w:rsidR="00571168">
        <w:rPr>
          <w:b/>
          <w:bCs/>
          <w:color w:val="4F81BD" w:themeColor="accent1"/>
          <w:sz w:val="32"/>
          <w:szCs w:val="32"/>
        </w:rPr>
        <w:t>019</w:t>
      </w:r>
      <w:r w:rsidR="00521BB6">
        <w:rPr>
          <w:b/>
          <w:bCs/>
          <w:color w:val="4F81BD" w:themeColor="accent1"/>
          <w:sz w:val="32"/>
          <w:szCs w:val="32"/>
        </w:rPr>
        <w:t xml:space="preserve"> </w:t>
      </w:r>
      <w:r w:rsidR="00AF12D9" w:rsidRPr="007553D4">
        <w:rPr>
          <w:b/>
          <w:bCs/>
          <w:color w:val="4F81BD" w:themeColor="accent1"/>
          <w:sz w:val="32"/>
          <w:szCs w:val="32"/>
        </w:rPr>
        <w:t xml:space="preserve">- </w:t>
      </w:r>
      <w:r w:rsidR="00521BB6">
        <w:rPr>
          <w:b/>
          <w:bCs/>
          <w:color w:val="4F81BD" w:themeColor="accent1"/>
          <w:sz w:val="32"/>
          <w:szCs w:val="32"/>
        </w:rPr>
        <w:t>OCTOBER 2022</w:t>
      </w:r>
      <w:r w:rsidR="00AF12D9" w:rsidRPr="007553D4">
        <w:rPr>
          <w:b/>
          <w:bCs/>
          <w:color w:val="4F81BD" w:themeColor="accent1"/>
          <w:sz w:val="32"/>
          <w:szCs w:val="32"/>
        </w:rPr>
        <w:t>)</w:t>
      </w:r>
    </w:p>
    <w:p w14:paraId="495C64C3" w14:textId="77777777" w:rsidR="007553D4" w:rsidRPr="007553D4" w:rsidRDefault="007553D4">
      <w:pPr>
        <w:rPr>
          <w:b/>
          <w:bCs/>
          <w:color w:val="4F81BD" w:themeColor="accent1"/>
          <w:sz w:val="32"/>
          <w:szCs w:val="32"/>
        </w:rPr>
      </w:pPr>
    </w:p>
    <w:p w14:paraId="56A9977E" w14:textId="5DB7C1A6" w:rsidR="00366B25" w:rsidRPr="000C7CFC" w:rsidRDefault="008C3079">
      <w:pPr>
        <w:rPr>
          <w:b/>
          <w:bCs/>
        </w:rPr>
      </w:pPr>
      <w:r w:rsidRPr="000C7CFC">
        <w:rPr>
          <w:b/>
          <w:bCs/>
        </w:rPr>
        <w:t xml:space="preserve">P&amp;L and </w:t>
      </w:r>
      <w:r w:rsidR="00366B25" w:rsidRPr="000C7CFC">
        <w:rPr>
          <w:b/>
          <w:bCs/>
        </w:rPr>
        <w:t xml:space="preserve"> SKU, ERP, FIFO and label with Vendor</w:t>
      </w:r>
    </w:p>
    <w:p w14:paraId="6E4FD7CE" w14:textId="77777777" w:rsidR="00F833FF" w:rsidRPr="000C7CFC" w:rsidRDefault="00601C88">
      <w:pPr>
        <w:rPr>
          <w:b/>
          <w:bCs/>
        </w:rPr>
      </w:pPr>
      <w:r w:rsidRPr="000C7CFC">
        <w:rPr>
          <w:b/>
          <w:bCs/>
        </w:rPr>
        <w:t>- Joined as Team Member and promoted to Shift Manager within 1 year.</w:t>
      </w:r>
      <w:r w:rsidRPr="000C7CFC">
        <w:rPr>
          <w:b/>
          <w:bCs/>
        </w:rPr>
        <w:br/>
        <w:t>- Managed a team during shifts, overseeing customer service, food preparation, and cash handling.</w:t>
      </w:r>
      <w:r w:rsidRPr="000C7CFC">
        <w:rPr>
          <w:b/>
          <w:bCs/>
        </w:rPr>
        <w:br/>
        <w:t>- Implemented store procedures to ensure smooth operations and high customer satisfaction.</w:t>
      </w:r>
      <w:r w:rsidRPr="000C7CFC">
        <w:rPr>
          <w:b/>
          <w:bCs/>
        </w:rPr>
        <w:br/>
        <w:t>- Developed leadership and problem-solving skills through team supervision.</w:t>
      </w:r>
    </w:p>
    <w:p w14:paraId="0816DCD2" w14:textId="77777777" w:rsidR="00F833FF" w:rsidRPr="006F0D88" w:rsidRDefault="00601C88">
      <w:pPr>
        <w:pStyle w:val="Heading2"/>
      </w:pPr>
      <w:r w:rsidRPr="006F0D88">
        <w:t>Key Skills</w:t>
      </w:r>
    </w:p>
    <w:p w14:paraId="702215D0" w14:textId="77777777" w:rsidR="00F833FF" w:rsidRPr="006F0D88" w:rsidRDefault="00601C88">
      <w:pPr>
        <w:rPr>
          <w:b/>
          <w:bCs/>
        </w:rPr>
      </w:pPr>
      <w:r w:rsidRPr="006F0D88">
        <w:rPr>
          <w:b/>
          <w:bCs/>
        </w:rPr>
        <w:t>- Team leadership &amp; supervision</w:t>
      </w:r>
      <w:r w:rsidRPr="006F0D88">
        <w:rPr>
          <w:b/>
          <w:bCs/>
        </w:rPr>
        <w:br/>
        <w:t>- Customer service excellence</w:t>
      </w:r>
      <w:r w:rsidRPr="006F0D88">
        <w:rPr>
          <w:b/>
          <w:bCs/>
        </w:rPr>
        <w:br/>
        <w:t>- Time management &amp; multitasking</w:t>
      </w:r>
      <w:r w:rsidRPr="006F0D88">
        <w:rPr>
          <w:b/>
          <w:bCs/>
        </w:rPr>
        <w:br/>
        <w:t>- Fast-food operations &amp; safety standards</w:t>
      </w:r>
      <w:r w:rsidRPr="006F0D88">
        <w:rPr>
          <w:b/>
          <w:bCs/>
        </w:rPr>
        <w:br/>
        <w:t>- Training &amp; staff development</w:t>
      </w:r>
    </w:p>
    <w:p w14:paraId="66ABCF3C" w14:textId="77777777" w:rsidR="00F833FF" w:rsidRPr="006F0D88" w:rsidRDefault="00601C88">
      <w:pPr>
        <w:pStyle w:val="Heading2"/>
      </w:pPr>
      <w:r w:rsidRPr="006F0D88">
        <w:t>References</w:t>
      </w:r>
    </w:p>
    <w:p w14:paraId="683A289B" w14:textId="77777777" w:rsidR="00F833FF" w:rsidRPr="006F0D88" w:rsidRDefault="00601C88">
      <w:pPr>
        <w:rPr>
          <w:b/>
          <w:bCs/>
        </w:rPr>
      </w:pPr>
      <w:r w:rsidRPr="006F0D88">
        <w:rPr>
          <w:b/>
          <w:bCs/>
        </w:rPr>
        <w:t>Available upon request</w:t>
      </w:r>
    </w:p>
    <w:sectPr w:rsidR="00F833FF" w:rsidRPr="006F0D8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libri"/>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608209">
    <w:abstractNumId w:val="8"/>
  </w:num>
  <w:num w:numId="2" w16cid:durableId="1022363483">
    <w:abstractNumId w:val="6"/>
  </w:num>
  <w:num w:numId="3" w16cid:durableId="1783958348">
    <w:abstractNumId w:val="5"/>
  </w:num>
  <w:num w:numId="4" w16cid:durableId="1990205098">
    <w:abstractNumId w:val="4"/>
  </w:num>
  <w:num w:numId="5" w16cid:durableId="679435549">
    <w:abstractNumId w:val="7"/>
  </w:num>
  <w:num w:numId="6" w16cid:durableId="541525005">
    <w:abstractNumId w:val="3"/>
  </w:num>
  <w:num w:numId="7" w16cid:durableId="1975089434">
    <w:abstractNumId w:val="2"/>
  </w:num>
  <w:num w:numId="8" w16cid:durableId="54939819">
    <w:abstractNumId w:val="1"/>
  </w:num>
  <w:num w:numId="9" w16cid:durableId="122309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B72"/>
    <w:rsid w:val="00034616"/>
    <w:rsid w:val="0006063C"/>
    <w:rsid w:val="00071D15"/>
    <w:rsid w:val="000815EF"/>
    <w:rsid w:val="000A0415"/>
    <w:rsid w:val="000C7CFC"/>
    <w:rsid w:val="001122F1"/>
    <w:rsid w:val="00135982"/>
    <w:rsid w:val="001431F7"/>
    <w:rsid w:val="0015074B"/>
    <w:rsid w:val="001564CB"/>
    <w:rsid w:val="001C135D"/>
    <w:rsid w:val="001C3540"/>
    <w:rsid w:val="001D40B0"/>
    <w:rsid w:val="001D57EF"/>
    <w:rsid w:val="00202BCB"/>
    <w:rsid w:val="0023398E"/>
    <w:rsid w:val="00272B9A"/>
    <w:rsid w:val="0028472B"/>
    <w:rsid w:val="00284AF4"/>
    <w:rsid w:val="0029639D"/>
    <w:rsid w:val="002C3610"/>
    <w:rsid w:val="002D4CFA"/>
    <w:rsid w:val="002D4F25"/>
    <w:rsid w:val="002F4FAC"/>
    <w:rsid w:val="002F6F98"/>
    <w:rsid w:val="00326F90"/>
    <w:rsid w:val="003305DF"/>
    <w:rsid w:val="00366B25"/>
    <w:rsid w:val="003F7D8D"/>
    <w:rsid w:val="00461D0E"/>
    <w:rsid w:val="004747FC"/>
    <w:rsid w:val="00475BC0"/>
    <w:rsid w:val="00483540"/>
    <w:rsid w:val="00494FA4"/>
    <w:rsid w:val="004B0EBF"/>
    <w:rsid w:val="00521BB6"/>
    <w:rsid w:val="005234D1"/>
    <w:rsid w:val="005471BA"/>
    <w:rsid w:val="005643BC"/>
    <w:rsid w:val="00571168"/>
    <w:rsid w:val="00590213"/>
    <w:rsid w:val="00601C88"/>
    <w:rsid w:val="00612605"/>
    <w:rsid w:val="00630BEC"/>
    <w:rsid w:val="0068470D"/>
    <w:rsid w:val="006B5CB3"/>
    <w:rsid w:val="006B7CFF"/>
    <w:rsid w:val="006D0D2D"/>
    <w:rsid w:val="006E45FF"/>
    <w:rsid w:val="006E533D"/>
    <w:rsid w:val="006E72DA"/>
    <w:rsid w:val="006F0D88"/>
    <w:rsid w:val="007036A7"/>
    <w:rsid w:val="007364AD"/>
    <w:rsid w:val="007553D4"/>
    <w:rsid w:val="007904B1"/>
    <w:rsid w:val="007A0412"/>
    <w:rsid w:val="007B5C99"/>
    <w:rsid w:val="007C5A11"/>
    <w:rsid w:val="007D5A8A"/>
    <w:rsid w:val="00812759"/>
    <w:rsid w:val="00831A95"/>
    <w:rsid w:val="00853F19"/>
    <w:rsid w:val="00857198"/>
    <w:rsid w:val="00863223"/>
    <w:rsid w:val="008C0FD1"/>
    <w:rsid w:val="008C1C77"/>
    <w:rsid w:val="008C3079"/>
    <w:rsid w:val="009071D3"/>
    <w:rsid w:val="00921A29"/>
    <w:rsid w:val="00935BEB"/>
    <w:rsid w:val="00971B60"/>
    <w:rsid w:val="009B53D9"/>
    <w:rsid w:val="009D0675"/>
    <w:rsid w:val="00A26BA0"/>
    <w:rsid w:val="00A567B6"/>
    <w:rsid w:val="00A57C03"/>
    <w:rsid w:val="00A74930"/>
    <w:rsid w:val="00AA1D8D"/>
    <w:rsid w:val="00AF12D9"/>
    <w:rsid w:val="00B10B2A"/>
    <w:rsid w:val="00B16982"/>
    <w:rsid w:val="00B2795A"/>
    <w:rsid w:val="00B4153A"/>
    <w:rsid w:val="00B47730"/>
    <w:rsid w:val="00B550E5"/>
    <w:rsid w:val="00B55C0A"/>
    <w:rsid w:val="00BB4179"/>
    <w:rsid w:val="00C34DA4"/>
    <w:rsid w:val="00C63E91"/>
    <w:rsid w:val="00C83417"/>
    <w:rsid w:val="00CA7CF1"/>
    <w:rsid w:val="00CB0664"/>
    <w:rsid w:val="00CD3E3E"/>
    <w:rsid w:val="00CD6B4B"/>
    <w:rsid w:val="00CF3512"/>
    <w:rsid w:val="00D1245C"/>
    <w:rsid w:val="00D215AE"/>
    <w:rsid w:val="00D23FD2"/>
    <w:rsid w:val="00D51D12"/>
    <w:rsid w:val="00D83455"/>
    <w:rsid w:val="00D93454"/>
    <w:rsid w:val="00DA767C"/>
    <w:rsid w:val="00DC47F4"/>
    <w:rsid w:val="00DD5BD4"/>
    <w:rsid w:val="00DE01A9"/>
    <w:rsid w:val="00DE545F"/>
    <w:rsid w:val="00E97D9D"/>
    <w:rsid w:val="00EA07AD"/>
    <w:rsid w:val="00EB7BCA"/>
    <w:rsid w:val="00EE6CF4"/>
    <w:rsid w:val="00EF65FC"/>
    <w:rsid w:val="00F138B0"/>
    <w:rsid w:val="00F50926"/>
    <w:rsid w:val="00F75295"/>
    <w:rsid w:val="00F833FF"/>
    <w:rsid w:val="00FA19EE"/>
    <w:rsid w:val="00FB0B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2F165E"/>
  <w14:defaultImageDpi w14:val="300"/>
  <w15:docId w15:val="{98F00CEF-F54C-4BA5-998D-58F04C81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uzair aziz</cp:lastModifiedBy>
  <cp:revision>4</cp:revision>
  <dcterms:created xsi:type="dcterms:W3CDTF">2026-06-12T15:11:00Z</dcterms:created>
  <dcterms:modified xsi:type="dcterms:W3CDTF">2026-06-12T20:38:00Z</dcterms:modified>
  <cp:category/>
</cp:coreProperties>
</file>