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913" w:rsidRPr="008B296C" w:rsidRDefault="00D642EB">
      <w:pPr>
        <w:jc w:val="center"/>
        <w:rPr>
          <w:u w:val="single"/>
        </w:rPr>
      </w:pPr>
      <w:r w:rsidRPr="00D642E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4015081</wp:posOffset>
            </wp:positionH>
            <wp:positionV relativeFrom="paragraph">
              <wp:posOffset>345057</wp:posOffset>
            </wp:positionV>
            <wp:extent cx="1275080" cy="1155700"/>
            <wp:effectExtent l="0" t="0" r="1270" b="6350"/>
            <wp:wrapTight wrapText="bothSides">
              <wp:wrapPolygon edited="0">
                <wp:start x="0" y="0"/>
                <wp:lineTo x="0" y="21363"/>
                <wp:lineTo x="21299" y="21363"/>
                <wp:lineTo x="21299" y="0"/>
                <wp:lineTo x="0" y="0"/>
              </wp:wrapPolygon>
            </wp:wrapTight>
            <wp:docPr id="1" name="Picture 1" descr="C:\Users\Dell\Downloads\rimsha mashal 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rimsha mashal ima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96C">
        <w:rPr>
          <w:b/>
          <w:sz w:val="40"/>
          <w:u w:val="single"/>
        </w:rPr>
        <w:t>RIMSHA MASHAL</w:t>
      </w:r>
    </w:p>
    <w:p w:rsidR="00D642EB" w:rsidRDefault="00D642EB" w:rsidP="00D642EB">
      <w:r>
        <w:t xml:space="preserve">                                                                                                                                   </w:t>
      </w:r>
      <w:r w:rsidR="004B2DCE" w:rsidRPr="00D642EB">
        <w:rPr>
          <w:color w:val="548DD4" w:themeColor="text2" w:themeTint="99"/>
        </w:rPr>
        <w:t xml:space="preserve">Address: </w:t>
      </w:r>
      <w:r w:rsidR="00F524AB">
        <w:t>Islamabad</w:t>
      </w:r>
      <w:r w:rsidR="004B2DCE">
        <w:t>, Pakistan</w:t>
      </w:r>
      <w:bookmarkStart w:id="0" w:name="_GoBack"/>
      <w:bookmarkEnd w:id="0"/>
    </w:p>
    <w:p w:rsidR="00A62913" w:rsidRDefault="004B2DCE" w:rsidP="00D642EB">
      <w:r w:rsidRPr="00D642EB">
        <w:rPr>
          <w:color w:val="548DD4" w:themeColor="text2" w:themeTint="99"/>
        </w:rPr>
        <w:t xml:space="preserve">Email: </w:t>
      </w:r>
      <w:r>
        <w:t>rimshamashal200@gmail.com</w:t>
      </w:r>
    </w:p>
    <w:p w:rsidR="00A62913" w:rsidRDefault="004B2DCE" w:rsidP="00D642EB">
      <w:r w:rsidRPr="00D642EB">
        <w:rPr>
          <w:color w:val="548DD4" w:themeColor="text2" w:themeTint="99"/>
        </w:rPr>
        <w:t xml:space="preserve">Phone: </w:t>
      </w:r>
      <w:r>
        <w:t>0348-1831700</w:t>
      </w:r>
    </w:p>
    <w:p w:rsidR="008B296C" w:rsidRDefault="008B296C" w:rsidP="00D642EB">
      <w:r w:rsidRPr="00D642EB">
        <w:rPr>
          <w:color w:val="548DD4" w:themeColor="text2" w:themeTint="99"/>
        </w:rPr>
        <w:t>LinkedIn:</w:t>
      </w:r>
      <w:r>
        <w:t xml:space="preserve">   </w:t>
      </w:r>
      <w:r w:rsidRPr="008B296C">
        <w:t>https://www.linkedin.com/in/rimsha-m-b0941520b?utm_source=share&amp;utm_campaign=share_via&amp;utm_content=profile&amp;utm_medium=android_app</w:t>
      </w:r>
    </w:p>
    <w:p w:rsidR="00A62913" w:rsidRDefault="00A62913"/>
    <w:p w:rsidR="00A62913" w:rsidRDefault="004B2DCE">
      <w:pPr>
        <w:pStyle w:val="Heading2"/>
      </w:pPr>
      <w:r>
        <w:t>Professional Summary</w:t>
      </w:r>
    </w:p>
    <w:p w:rsidR="008B296C" w:rsidRDefault="004B2DCE">
      <w:r>
        <w:t>Motivated and dedicated Data Science graduate with s</w:t>
      </w:r>
      <w:r w:rsidR="004248B3">
        <w:t xml:space="preserve">pecialization in Data Analysis &amp; </w:t>
      </w:r>
      <w:r>
        <w:t xml:space="preserve">Visualization (Tableau, Power BI), Machine Learning, and Deep Learning. </w:t>
      </w:r>
    </w:p>
    <w:p w:rsidR="008B296C" w:rsidRDefault="004B2DCE">
      <w:r>
        <w:t xml:space="preserve">Skilled in teaching core computing subjects including ICT, </w:t>
      </w:r>
      <w:r w:rsidR="004248B3">
        <w:t>Assembly Language, and</w:t>
      </w:r>
      <w:r>
        <w:t xml:space="preserve"> Artificial Intelligence. </w:t>
      </w:r>
    </w:p>
    <w:p w:rsidR="00A62913" w:rsidRDefault="004B2DCE">
      <w:r>
        <w:t>Passionate about delivering practical and engaging learning experiences while integrating data-driven approaches to education and project management.</w:t>
      </w:r>
    </w:p>
    <w:p w:rsidR="00A62913" w:rsidRDefault="004B2DCE">
      <w:pPr>
        <w:pStyle w:val="Heading2"/>
      </w:pPr>
      <w:r>
        <w:t>Work Experience</w:t>
      </w:r>
    </w:p>
    <w:p w:rsidR="00A62913" w:rsidRDefault="004B2DCE">
      <w:r>
        <w:rPr>
          <w:b/>
        </w:rPr>
        <w:t>Lab Instructor (ICT, Assembly Language, and Introduction to AI</w:t>
      </w:r>
      <w:r w:rsidR="004248B3">
        <w:rPr>
          <w:b/>
        </w:rPr>
        <w:t>.</w:t>
      </w:r>
      <w:r>
        <w:rPr>
          <w:b/>
        </w:rPr>
        <w:t>)</w:t>
      </w:r>
      <w:r>
        <w:rPr>
          <w:b/>
        </w:rPr>
        <w:br/>
      </w:r>
      <w:r w:rsidRPr="004248B3">
        <w:rPr>
          <w:b/>
          <w:i/>
          <w:sz w:val="20"/>
          <w:szCs w:val="20"/>
        </w:rPr>
        <w:t>City University of Science and Information Technology, Peshawar (August 2023 – Present</w:t>
      </w:r>
      <w:proofErr w:type="gramStart"/>
      <w:r w:rsidRPr="004248B3">
        <w:rPr>
          <w:b/>
          <w:i/>
          <w:sz w:val="20"/>
          <w:szCs w:val="20"/>
        </w:rPr>
        <w:t>)</w:t>
      </w:r>
      <w:proofErr w:type="gramEnd"/>
      <w:r w:rsidRPr="004248B3">
        <w:rPr>
          <w:b/>
          <w:i/>
        </w:rPr>
        <w:br/>
      </w:r>
      <w:r w:rsidR="006B3221">
        <w:t>• Conducted 8</w:t>
      </w:r>
      <w:r>
        <w:t>0+ lab sessions focused on ICT fundamentals, Assembly programming, and AI basics.</w:t>
      </w:r>
      <w:r>
        <w:br/>
        <w:t>• Designed and implemented interactive lab exercises to improve student learning outcomes.</w:t>
      </w:r>
      <w:r>
        <w:br/>
        <w:t>• Mentored students in coding, debugging, and data-driven thinking.</w:t>
      </w:r>
    </w:p>
    <w:p w:rsidR="00A62913" w:rsidRDefault="004B2DCE">
      <w:r>
        <w:rPr>
          <w:b/>
        </w:rPr>
        <w:t>Outreach &amp; Career Development Member (CDC &amp; SLC)</w:t>
      </w:r>
      <w:r>
        <w:rPr>
          <w:b/>
        </w:rPr>
        <w:br/>
      </w:r>
      <w:r>
        <w:rPr>
          <w:i/>
        </w:rPr>
        <w:t>City University of Science and Information Technology, Peshawar</w:t>
      </w:r>
      <w:r>
        <w:rPr>
          <w:i/>
        </w:rPr>
        <w:br/>
      </w:r>
      <w:r>
        <w:t>• Assisted in organizing student support activities, workshops, and university outreach programs.</w:t>
      </w:r>
      <w:r>
        <w:br/>
        <w:t>• Collaborated with the Student Life Center (SLC) to guide students in academic and career planning.</w:t>
      </w:r>
    </w:p>
    <w:p w:rsidR="00A62913" w:rsidRDefault="004B2DCE">
      <w:pPr>
        <w:pStyle w:val="Heading2"/>
      </w:pPr>
      <w:r>
        <w:t>Education</w:t>
      </w:r>
    </w:p>
    <w:p w:rsidR="00A62913" w:rsidRDefault="004B2DCE">
      <w:r>
        <w:rPr>
          <w:b/>
        </w:rPr>
        <w:t>MS Project Management (In Progress</w:t>
      </w:r>
      <w:r w:rsidR="004248B3">
        <w:rPr>
          <w:b/>
        </w:rPr>
        <w:t>.</w:t>
      </w:r>
      <w:r>
        <w:rPr>
          <w:b/>
        </w:rPr>
        <w:t>)</w:t>
      </w:r>
      <w:r>
        <w:rPr>
          <w:b/>
        </w:rPr>
        <w:br/>
      </w:r>
      <w:r>
        <w:t>Air University, Islamabad</w:t>
      </w:r>
      <w:r w:rsidR="004248B3">
        <w:t>.</w:t>
      </w:r>
      <w:r>
        <w:br/>
      </w:r>
      <w:r>
        <w:br/>
      </w:r>
      <w:r>
        <w:rPr>
          <w:b/>
        </w:rPr>
        <w:lastRenderedPageBreak/>
        <w:t>BS Data Science (2020 – 2024</w:t>
      </w:r>
      <w:r w:rsidR="004248B3">
        <w:rPr>
          <w:b/>
        </w:rPr>
        <w:t>.</w:t>
      </w:r>
      <w:r>
        <w:rPr>
          <w:b/>
        </w:rPr>
        <w:t>)</w:t>
      </w:r>
      <w:r>
        <w:rPr>
          <w:b/>
        </w:rPr>
        <w:br/>
      </w:r>
      <w:r>
        <w:t>Institute of Management Sciences (</w:t>
      </w:r>
      <w:proofErr w:type="spellStart"/>
      <w:r>
        <w:t>IMSciences</w:t>
      </w:r>
      <w:proofErr w:type="spellEnd"/>
      <w:r>
        <w:t>), Peshawar</w:t>
      </w:r>
      <w:r w:rsidR="004248B3">
        <w:t>.</w:t>
      </w:r>
    </w:p>
    <w:p w:rsidR="00A62913" w:rsidRDefault="004B2DCE">
      <w:pPr>
        <w:pStyle w:val="Heading2"/>
      </w:pPr>
      <w:r>
        <w:t>Technical Skills</w:t>
      </w:r>
    </w:p>
    <w:p w:rsidR="00A62913" w:rsidRDefault="004B2DCE">
      <w:r>
        <w:t>• Programming: Python, C++, SQL</w:t>
      </w:r>
      <w:r>
        <w:br/>
        <w:t>• Data Visualization: Tableau, Power BI</w:t>
      </w:r>
      <w:r>
        <w:br/>
        <w:t xml:space="preserve">• AI &amp; ML Tools: </w:t>
      </w:r>
      <w:proofErr w:type="spellStart"/>
      <w:r>
        <w:t>TensorF</w:t>
      </w:r>
      <w:r w:rsidR="004248B3">
        <w:t>low</w:t>
      </w:r>
      <w:proofErr w:type="spellEnd"/>
      <w:r w:rsidR="004248B3">
        <w:t xml:space="preserve">, </w:t>
      </w:r>
      <w:proofErr w:type="spellStart"/>
      <w:r w:rsidR="004248B3">
        <w:t>Scikit</w:t>
      </w:r>
      <w:proofErr w:type="spellEnd"/>
      <w:r w:rsidR="004248B3">
        <w:t>-learn</w:t>
      </w:r>
      <w:r>
        <w:br/>
        <w:t>• Other Skills: Communication, Team Leadership, Report Writing</w:t>
      </w:r>
      <w:r w:rsidR="004248B3">
        <w:t>.</w:t>
      </w:r>
    </w:p>
    <w:p w:rsidR="00A62913" w:rsidRDefault="004B2DCE">
      <w:pPr>
        <w:pStyle w:val="Heading2"/>
      </w:pPr>
      <w:r>
        <w:t>Languages</w:t>
      </w:r>
    </w:p>
    <w:p w:rsidR="00A62913" w:rsidRDefault="004B2DCE">
      <w:r>
        <w:t>• English (Fluent)</w:t>
      </w:r>
      <w:r>
        <w:br/>
        <w:t>• Urdu (Fluent)</w:t>
      </w:r>
      <w:r>
        <w:br/>
        <w:t>• Pashto (Native)</w:t>
      </w:r>
    </w:p>
    <w:sectPr w:rsidR="00A62913" w:rsidSect="00034616">
      <w:pgSz w:w="12240" w:h="15840"/>
      <w:pgMar w:top="1440" w:right="1800" w:bottom="1440" w:left="1800" w:header="720" w:footer="720" w:gutter="0"/>
      <w:pgBorders>
        <w:top w:val="single" w:sz="12" w:space="24" w:color="2E74B5"/>
        <w:left w:val="single" w:sz="12" w:space="24" w:color="2E74B5"/>
        <w:bottom w:val="single" w:sz="12" w:space="24" w:color="2E74B5"/>
        <w:right w:val="single" w:sz="12" w:space="24" w:color="2E74B5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10F6E08"/>
    <w:multiLevelType w:val="hybridMultilevel"/>
    <w:tmpl w:val="F522A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E037B"/>
    <w:multiLevelType w:val="hybridMultilevel"/>
    <w:tmpl w:val="13867BE8"/>
    <w:lvl w:ilvl="0" w:tplc="D6C250BE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4F49"/>
    <w:multiLevelType w:val="hybridMultilevel"/>
    <w:tmpl w:val="DD0A5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248B3"/>
    <w:rsid w:val="004B2DCE"/>
    <w:rsid w:val="006B3221"/>
    <w:rsid w:val="008B296C"/>
    <w:rsid w:val="00A62913"/>
    <w:rsid w:val="00AA1D8D"/>
    <w:rsid w:val="00B47730"/>
    <w:rsid w:val="00CB0664"/>
    <w:rsid w:val="00D642EB"/>
    <w:rsid w:val="00F524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1A7CB78-FB4B-44C0-B03D-616D127E8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BB1C02-FBF2-406D-9FB2-66B66DAC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2</cp:revision>
  <dcterms:created xsi:type="dcterms:W3CDTF">2026-01-05T10:06:00Z</dcterms:created>
  <dcterms:modified xsi:type="dcterms:W3CDTF">2026-01-05T10:06:00Z</dcterms:modified>
  <cp:category/>
</cp:coreProperties>
</file>