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85D6" w14:textId="77777777" w:rsidR="008D0EAA" w:rsidRPr="00A62426" w:rsidRDefault="00720CA9" w:rsidP="00F47C30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Ammish Nusrat</w:t>
      </w:r>
      <w:r w:rsidRPr="00A62426">
        <w:rPr>
          <w:rFonts w:ascii="Times New Roman" w:hAnsi="Times New Roman" w:cs="Times New Roman"/>
          <w:b/>
          <w:color w:val="1F497D" w:themeColor="text2"/>
          <w:sz w:val="48"/>
          <w:szCs w:val="48"/>
        </w:rPr>
        <w:br/>
      </w:r>
      <w:r w:rsidRPr="00A62426">
        <w:rPr>
          <w:rFonts w:ascii="Times New Roman" w:hAnsi="Times New Roman" w:cs="Times New Roman"/>
          <w:color w:val="1F497D" w:themeColor="text2"/>
        </w:rPr>
        <w:t>M.Phil. English (Student)</w:t>
      </w:r>
      <w:r w:rsidRPr="00A62426">
        <w:rPr>
          <w:rFonts w:ascii="Times New Roman" w:hAnsi="Times New Roman" w:cs="Times New Roman"/>
          <w:color w:val="1F497D" w:themeColor="text2"/>
        </w:rPr>
        <w:br/>
        <w:t xml:space="preserve">Contact: +92-311-5777600 </w:t>
      </w:r>
    </w:p>
    <w:p w14:paraId="47FFCAE6" w14:textId="5D8B81A5" w:rsidR="003F6B70" w:rsidRPr="00A62426" w:rsidRDefault="00720CA9" w:rsidP="00F47C30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 xml:space="preserve"> Email: ammishnusrat4@gmail.com</w:t>
      </w:r>
      <w:r w:rsidRPr="00A62426">
        <w:rPr>
          <w:rFonts w:ascii="Times New Roman" w:hAnsi="Times New Roman" w:cs="Times New Roman"/>
          <w:color w:val="1F497D" w:themeColor="text2"/>
        </w:rPr>
        <w:br/>
        <w:t>Address: Divine Girls Hostel, New Rawalpindi Women University, 6th Road, Rawalpindi.</w:t>
      </w:r>
    </w:p>
    <w:p w14:paraId="3B17C60D" w14:textId="77777777" w:rsidR="003F6B70" w:rsidRPr="00A62426" w:rsidRDefault="00720CA9">
      <w:pPr>
        <w:spacing w:before="240" w:after="80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b/>
          <w:color w:val="1F497D" w:themeColor="text2"/>
          <w:sz w:val="26"/>
        </w:rPr>
        <w:t>OVERVIEW</w:t>
      </w:r>
    </w:p>
    <w:p w14:paraId="1A15BB2A" w14:textId="77777777" w:rsidR="003F6B70" w:rsidRPr="00A62426" w:rsidRDefault="00720CA9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I am currently pursuing an M.Phil. in English from Rawalpindi Women University. With over three years of teaching experience at Quaid-e-Azam Model School, Attock, I have developed strong communication and classroom management skills. I am passionate about literature and education, with a commitment to fostering critical thinking and language proficiency in students. I aim to contribute to academic excellence through innovative teaching approaches and continuous professional development.</w:t>
      </w:r>
    </w:p>
    <w:p w14:paraId="4EB9F6F3" w14:textId="77777777" w:rsidR="003F6B70" w:rsidRPr="00A62426" w:rsidRDefault="00720CA9">
      <w:pPr>
        <w:spacing w:before="240" w:after="80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b/>
          <w:color w:val="1F497D" w:themeColor="text2"/>
          <w:sz w:val="26"/>
        </w:rPr>
        <w:t>SKILLS</w:t>
      </w:r>
    </w:p>
    <w:p w14:paraId="4F43A710" w14:textId="77777777" w:rsidR="003F6B70" w:rsidRPr="00A62426" w:rsidRDefault="00720CA9">
      <w:pPr>
        <w:pStyle w:val="ListBullet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• Excellent communication and interpersonal skills</w:t>
      </w:r>
    </w:p>
    <w:p w14:paraId="716CE208" w14:textId="77777777" w:rsidR="003F6B70" w:rsidRPr="00A62426" w:rsidRDefault="00720CA9">
      <w:pPr>
        <w:pStyle w:val="ListBullet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• Strong classroom management and lesson planning</w:t>
      </w:r>
    </w:p>
    <w:p w14:paraId="79284936" w14:textId="77777777" w:rsidR="003F6B70" w:rsidRPr="00A62426" w:rsidRDefault="00720CA9">
      <w:pPr>
        <w:pStyle w:val="ListBullet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• Proficient in English grammar, literature, and linguistics</w:t>
      </w:r>
    </w:p>
    <w:p w14:paraId="198D83A5" w14:textId="77777777" w:rsidR="003F6B70" w:rsidRPr="00A62426" w:rsidRDefault="00720CA9">
      <w:pPr>
        <w:pStyle w:val="ListBullet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• Creative writing and academic writing expertise</w:t>
      </w:r>
    </w:p>
    <w:p w14:paraId="6500217D" w14:textId="77777777" w:rsidR="003F6B70" w:rsidRPr="00A62426" w:rsidRDefault="00720CA9">
      <w:pPr>
        <w:pStyle w:val="ListBullet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• Familiar with MS Office (Word, PowerPoint, Excel)</w:t>
      </w:r>
    </w:p>
    <w:p w14:paraId="51119C5D" w14:textId="77777777" w:rsidR="003F6B70" w:rsidRPr="00A62426" w:rsidRDefault="00720CA9">
      <w:pPr>
        <w:pStyle w:val="ListBullet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• Time management and organizational skills</w:t>
      </w:r>
    </w:p>
    <w:p w14:paraId="2BA88177" w14:textId="77777777" w:rsidR="003F6B70" w:rsidRPr="00A62426" w:rsidRDefault="00720CA9">
      <w:pPr>
        <w:pStyle w:val="ListBullet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• Ability to work both independently and collaboratively</w:t>
      </w:r>
    </w:p>
    <w:p w14:paraId="7A7B785C" w14:textId="77777777" w:rsidR="003F6B70" w:rsidRPr="00A62426" w:rsidRDefault="00720CA9">
      <w:pPr>
        <w:pStyle w:val="ListBullet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• Adaptability to different learning environments</w:t>
      </w:r>
    </w:p>
    <w:p w14:paraId="6DC56239" w14:textId="77777777" w:rsidR="003F6B70" w:rsidRPr="00A62426" w:rsidRDefault="00720CA9">
      <w:pPr>
        <w:spacing w:before="240" w:after="80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b/>
          <w:color w:val="1F497D" w:themeColor="text2"/>
          <w:sz w:val="26"/>
        </w:rPr>
        <w:t>EXPERIENCE</w:t>
      </w:r>
    </w:p>
    <w:p w14:paraId="485607D6" w14:textId="77777777" w:rsidR="003F6B70" w:rsidRPr="00A62426" w:rsidRDefault="00720CA9">
      <w:pPr>
        <w:pStyle w:val="ListBullet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Teacher</w:t>
      </w:r>
    </w:p>
    <w:p w14:paraId="27778292" w14:textId="77777777" w:rsidR="003F6B70" w:rsidRPr="00A62426" w:rsidRDefault="00720CA9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Quaid-e-Azam Model School, Attock (2020–2023)</w:t>
      </w:r>
    </w:p>
    <w:p w14:paraId="2ED8EF1C" w14:textId="77777777" w:rsidR="003F6B70" w:rsidRPr="00A62426" w:rsidRDefault="00720CA9">
      <w:pPr>
        <w:spacing w:before="240" w:after="80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b/>
          <w:color w:val="1F497D" w:themeColor="text2"/>
          <w:sz w:val="26"/>
        </w:rPr>
        <w:t>EDUCATION</w:t>
      </w:r>
    </w:p>
    <w:tbl>
      <w:tblPr>
        <w:tblStyle w:val="GridTable4"/>
        <w:tblW w:w="6901" w:type="dxa"/>
        <w:tblLook w:val="04A0" w:firstRow="1" w:lastRow="0" w:firstColumn="1" w:lastColumn="0" w:noHBand="0" w:noVBand="1"/>
      </w:tblPr>
      <w:tblGrid>
        <w:gridCol w:w="1524"/>
        <w:gridCol w:w="1855"/>
        <w:gridCol w:w="681"/>
        <w:gridCol w:w="1097"/>
        <w:gridCol w:w="840"/>
        <w:gridCol w:w="1255"/>
      </w:tblGrid>
      <w:tr w:rsidR="00A62426" w:rsidRPr="00A62426" w14:paraId="0B16AFCA" w14:textId="77777777" w:rsidTr="00F70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5359D75E" w14:textId="77777777" w:rsidR="003F6B70" w:rsidRPr="00A62426" w:rsidRDefault="00720CA9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Degree</w:t>
            </w:r>
          </w:p>
        </w:tc>
        <w:tc>
          <w:tcPr>
            <w:tcW w:w="1761" w:type="dxa"/>
          </w:tcPr>
          <w:p w14:paraId="38A814F4" w14:textId="77777777" w:rsidR="003F6B70" w:rsidRPr="00A62426" w:rsidRDefault="00720C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Institution/Board</w:t>
            </w:r>
          </w:p>
        </w:tc>
        <w:tc>
          <w:tcPr>
            <w:tcW w:w="661" w:type="dxa"/>
          </w:tcPr>
          <w:p w14:paraId="2338AC62" w14:textId="77777777" w:rsidR="003F6B70" w:rsidRPr="00A62426" w:rsidRDefault="00720C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Year</w:t>
            </w:r>
          </w:p>
        </w:tc>
        <w:tc>
          <w:tcPr>
            <w:tcW w:w="1048" w:type="dxa"/>
          </w:tcPr>
          <w:p w14:paraId="5039F9FA" w14:textId="77777777" w:rsidR="003F6B70" w:rsidRPr="00A62426" w:rsidRDefault="00720C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Marks Obtained</w:t>
            </w:r>
          </w:p>
        </w:tc>
        <w:tc>
          <w:tcPr>
            <w:tcW w:w="774" w:type="dxa"/>
          </w:tcPr>
          <w:p w14:paraId="5B37C582" w14:textId="77777777" w:rsidR="003F6B70" w:rsidRPr="00A62426" w:rsidRDefault="00720C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Total Marks</w:t>
            </w:r>
          </w:p>
        </w:tc>
        <w:tc>
          <w:tcPr>
            <w:tcW w:w="1225" w:type="dxa"/>
          </w:tcPr>
          <w:p w14:paraId="05A0F654" w14:textId="77777777" w:rsidR="003F6B70" w:rsidRPr="00A62426" w:rsidRDefault="00720C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Percentage</w:t>
            </w:r>
          </w:p>
        </w:tc>
      </w:tr>
      <w:tr w:rsidR="00A62426" w:rsidRPr="00A62426" w14:paraId="53842811" w14:textId="77777777" w:rsidTr="00F7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00627F80" w14:textId="77777777" w:rsidR="003F6B70" w:rsidRPr="00A62426" w:rsidRDefault="00720CA9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M.Phil. (3rd Semester)</w:t>
            </w:r>
          </w:p>
        </w:tc>
        <w:tc>
          <w:tcPr>
            <w:tcW w:w="1761" w:type="dxa"/>
          </w:tcPr>
          <w:p w14:paraId="5DC1FDEE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Rawalpindi Women University</w:t>
            </w:r>
          </w:p>
        </w:tc>
        <w:tc>
          <w:tcPr>
            <w:tcW w:w="661" w:type="dxa"/>
          </w:tcPr>
          <w:p w14:paraId="763788A6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2025</w:t>
            </w:r>
          </w:p>
        </w:tc>
        <w:tc>
          <w:tcPr>
            <w:tcW w:w="1048" w:type="dxa"/>
          </w:tcPr>
          <w:p w14:paraId="4B8233D4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Continue</w:t>
            </w:r>
          </w:p>
        </w:tc>
        <w:tc>
          <w:tcPr>
            <w:tcW w:w="774" w:type="dxa"/>
          </w:tcPr>
          <w:p w14:paraId="5D0B18AA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</w:tc>
        <w:tc>
          <w:tcPr>
            <w:tcW w:w="1225" w:type="dxa"/>
          </w:tcPr>
          <w:p w14:paraId="0DBE2AFF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</w:tc>
      </w:tr>
      <w:tr w:rsidR="00A62426" w:rsidRPr="00A62426" w14:paraId="5B9644F0" w14:textId="77777777" w:rsidTr="00F70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1001ED32" w14:textId="77777777" w:rsidR="003F6B70" w:rsidRPr="00A62426" w:rsidRDefault="00720CA9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Bachelors</w:t>
            </w:r>
          </w:p>
        </w:tc>
        <w:tc>
          <w:tcPr>
            <w:tcW w:w="1761" w:type="dxa"/>
          </w:tcPr>
          <w:p w14:paraId="34F5428C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University of Education, Attock</w:t>
            </w:r>
          </w:p>
        </w:tc>
        <w:tc>
          <w:tcPr>
            <w:tcW w:w="661" w:type="dxa"/>
          </w:tcPr>
          <w:p w14:paraId="4006D538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2023</w:t>
            </w:r>
          </w:p>
        </w:tc>
        <w:tc>
          <w:tcPr>
            <w:tcW w:w="1048" w:type="dxa"/>
          </w:tcPr>
          <w:p w14:paraId="612E8F72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3.50 CGPA</w:t>
            </w:r>
          </w:p>
        </w:tc>
        <w:tc>
          <w:tcPr>
            <w:tcW w:w="774" w:type="dxa"/>
          </w:tcPr>
          <w:p w14:paraId="5241FAE7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4.00</w:t>
            </w:r>
          </w:p>
        </w:tc>
        <w:tc>
          <w:tcPr>
            <w:tcW w:w="1225" w:type="dxa"/>
          </w:tcPr>
          <w:p w14:paraId="48435EBD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80%</w:t>
            </w:r>
          </w:p>
        </w:tc>
      </w:tr>
      <w:tr w:rsidR="00A62426" w:rsidRPr="00A62426" w14:paraId="6EA52ED2" w14:textId="77777777" w:rsidTr="00F70A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2EDF8195" w14:textId="77777777" w:rsidR="003F6B70" w:rsidRPr="00A62426" w:rsidRDefault="00720CA9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Intermediate</w:t>
            </w:r>
          </w:p>
        </w:tc>
        <w:tc>
          <w:tcPr>
            <w:tcW w:w="1761" w:type="dxa"/>
          </w:tcPr>
          <w:p w14:paraId="4F7AF52A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FBISE</w:t>
            </w:r>
          </w:p>
        </w:tc>
        <w:tc>
          <w:tcPr>
            <w:tcW w:w="661" w:type="dxa"/>
          </w:tcPr>
          <w:p w14:paraId="3B1C2366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2019</w:t>
            </w:r>
          </w:p>
        </w:tc>
        <w:tc>
          <w:tcPr>
            <w:tcW w:w="1048" w:type="dxa"/>
          </w:tcPr>
          <w:p w14:paraId="4186E369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770</w:t>
            </w:r>
          </w:p>
        </w:tc>
        <w:tc>
          <w:tcPr>
            <w:tcW w:w="774" w:type="dxa"/>
          </w:tcPr>
          <w:p w14:paraId="6ECF0770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1100</w:t>
            </w:r>
          </w:p>
        </w:tc>
        <w:tc>
          <w:tcPr>
            <w:tcW w:w="1225" w:type="dxa"/>
          </w:tcPr>
          <w:p w14:paraId="175D3ACB" w14:textId="77777777" w:rsidR="003F6B70" w:rsidRPr="00A62426" w:rsidRDefault="0072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70%</w:t>
            </w:r>
          </w:p>
        </w:tc>
      </w:tr>
      <w:tr w:rsidR="00A62426" w:rsidRPr="00A62426" w14:paraId="4338309E" w14:textId="77777777" w:rsidTr="00F70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52022D84" w14:textId="77777777" w:rsidR="003F6B70" w:rsidRPr="00A62426" w:rsidRDefault="00720CA9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Matriculation</w:t>
            </w:r>
          </w:p>
        </w:tc>
        <w:tc>
          <w:tcPr>
            <w:tcW w:w="1761" w:type="dxa"/>
          </w:tcPr>
          <w:p w14:paraId="38990B21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FBISE</w:t>
            </w:r>
          </w:p>
        </w:tc>
        <w:tc>
          <w:tcPr>
            <w:tcW w:w="661" w:type="dxa"/>
          </w:tcPr>
          <w:p w14:paraId="624CB339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2017</w:t>
            </w:r>
          </w:p>
        </w:tc>
        <w:tc>
          <w:tcPr>
            <w:tcW w:w="1048" w:type="dxa"/>
          </w:tcPr>
          <w:p w14:paraId="3384816D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802</w:t>
            </w:r>
          </w:p>
        </w:tc>
        <w:tc>
          <w:tcPr>
            <w:tcW w:w="774" w:type="dxa"/>
          </w:tcPr>
          <w:p w14:paraId="7D6605C4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1050</w:t>
            </w:r>
          </w:p>
        </w:tc>
        <w:tc>
          <w:tcPr>
            <w:tcW w:w="1225" w:type="dxa"/>
          </w:tcPr>
          <w:p w14:paraId="4DF821DE" w14:textId="77777777" w:rsidR="003F6B70" w:rsidRPr="00A62426" w:rsidRDefault="0072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 w:rsidRPr="00A62426">
              <w:rPr>
                <w:rFonts w:ascii="Times New Roman" w:hAnsi="Times New Roman" w:cs="Times New Roman"/>
                <w:color w:val="1F497D" w:themeColor="text2"/>
              </w:rPr>
              <w:t>76%</w:t>
            </w:r>
          </w:p>
        </w:tc>
      </w:tr>
    </w:tbl>
    <w:p w14:paraId="5DADF79C" w14:textId="77777777" w:rsidR="003F6B70" w:rsidRPr="00A62426" w:rsidRDefault="00720CA9">
      <w:pPr>
        <w:spacing w:before="240" w:after="80"/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b/>
          <w:color w:val="1F497D" w:themeColor="text2"/>
          <w:sz w:val="26"/>
        </w:rPr>
        <w:t>PERSONAL PROFILE</w:t>
      </w:r>
    </w:p>
    <w:p w14:paraId="5FD189AF" w14:textId="77777777" w:rsidR="00F70A19" w:rsidRPr="00A62426" w:rsidRDefault="00720CA9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Father's Name: Nusrat Khan (Late)</w:t>
      </w:r>
    </w:p>
    <w:p w14:paraId="21D6C639" w14:textId="04C39FAE" w:rsidR="003F6B70" w:rsidRPr="00A62426" w:rsidRDefault="00720CA9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lastRenderedPageBreak/>
        <w:t>Date of Birth: 04 August 2001</w:t>
      </w:r>
    </w:p>
    <w:p w14:paraId="477F48CE" w14:textId="77777777" w:rsidR="003F6B70" w:rsidRPr="00A62426" w:rsidRDefault="00720CA9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Marital Status: Single</w:t>
      </w:r>
    </w:p>
    <w:p w14:paraId="7918E757" w14:textId="77777777" w:rsidR="003F6B70" w:rsidRPr="00A62426" w:rsidRDefault="00720CA9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Nationality: Pakistani</w:t>
      </w:r>
    </w:p>
    <w:p w14:paraId="4B6FF302" w14:textId="77777777" w:rsidR="003F6B70" w:rsidRPr="00A62426" w:rsidRDefault="00720CA9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Domicile: Attock, Punjab</w:t>
      </w:r>
    </w:p>
    <w:p w14:paraId="20CA7E0D" w14:textId="77777777" w:rsidR="003F6B70" w:rsidRPr="00A62426" w:rsidRDefault="00720CA9">
      <w:pPr>
        <w:rPr>
          <w:rFonts w:ascii="Times New Roman" w:hAnsi="Times New Roman" w:cs="Times New Roman"/>
          <w:color w:val="1F497D" w:themeColor="text2"/>
        </w:rPr>
      </w:pPr>
      <w:r w:rsidRPr="00A62426">
        <w:rPr>
          <w:rFonts w:ascii="Times New Roman" w:hAnsi="Times New Roman" w:cs="Times New Roman"/>
          <w:color w:val="1F497D" w:themeColor="text2"/>
        </w:rPr>
        <w:t>Religion: Islam</w:t>
      </w:r>
    </w:p>
    <w:sectPr w:rsidR="003F6B70" w:rsidRPr="00A6242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702260">
    <w:abstractNumId w:val="8"/>
  </w:num>
  <w:num w:numId="2" w16cid:durableId="1217088681">
    <w:abstractNumId w:val="6"/>
  </w:num>
  <w:num w:numId="3" w16cid:durableId="1250429845">
    <w:abstractNumId w:val="5"/>
  </w:num>
  <w:num w:numId="4" w16cid:durableId="1139614643">
    <w:abstractNumId w:val="4"/>
  </w:num>
  <w:num w:numId="5" w16cid:durableId="1946231040">
    <w:abstractNumId w:val="7"/>
  </w:num>
  <w:num w:numId="6" w16cid:durableId="1884561435">
    <w:abstractNumId w:val="3"/>
  </w:num>
  <w:num w:numId="7" w16cid:durableId="1477257641">
    <w:abstractNumId w:val="2"/>
  </w:num>
  <w:num w:numId="8" w16cid:durableId="1128162767">
    <w:abstractNumId w:val="1"/>
  </w:num>
  <w:num w:numId="9" w16cid:durableId="57994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57E5"/>
    <w:rsid w:val="0015074B"/>
    <w:rsid w:val="0015439F"/>
    <w:rsid w:val="001D4754"/>
    <w:rsid w:val="002111EB"/>
    <w:rsid w:val="0029639D"/>
    <w:rsid w:val="00326F90"/>
    <w:rsid w:val="00370874"/>
    <w:rsid w:val="003F6B70"/>
    <w:rsid w:val="004E4718"/>
    <w:rsid w:val="00720CA9"/>
    <w:rsid w:val="00761E5C"/>
    <w:rsid w:val="008D0EAA"/>
    <w:rsid w:val="009F1A0B"/>
    <w:rsid w:val="00A62426"/>
    <w:rsid w:val="00A72D22"/>
    <w:rsid w:val="00AA1D8D"/>
    <w:rsid w:val="00B47730"/>
    <w:rsid w:val="00C704ED"/>
    <w:rsid w:val="00CA5ED5"/>
    <w:rsid w:val="00CB0664"/>
    <w:rsid w:val="00CB436F"/>
    <w:rsid w:val="00CC23A7"/>
    <w:rsid w:val="00DE61CF"/>
    <w:rsid w:val="00EC63D5"/>
    <w:rsid w:val="00F47C30"/>
    <w:rsid w:val="00F630C9"/>
    <w:rsid w:val="00F70A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862E42"/>
  <w14:defaultImageDpi w14:val="300"/>
  <w15:docId w15:val="{320312BB-442D-414D-AFFE-0689E481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1Light-Accent3">
    <w:name w:val="Grid Table 1 Light Accent 3"/>
    <w:basedOn w:val="TableNormal"/>
    <w:uiPriority w:val="46"/>
    <w:rsid w:val="00761E5C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99"/>
    <w:rsid w:val="00761E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">
    <w:name w:val="Grid Table 5 Dark"/>
    <w:basedOn w:val="TableNormal"/>
    <w:uiPriority w:val="50"/>
    <w:rsid w:val="00761E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5">
    <w:name w:val="Grid Table 5 Dark Accent 5"/>
    <w:basedOn w:val="TableNormal"/>
    <w:uiPriority w:val="50"/>
    <w:rsid w:val="001543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">
    <w:name w:val="Grid Table 4"/>
    <w:basedOn w:val="TableNormal"/>
    <w:uiPriority w:val="49"/>
    <w:rsid w:val="00EC63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EC63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E471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">
    <w:name w:val="Grid Table 1 Light"/>
    <w:basedOn w:val="TableNormal"/>
    <w:uiPriority w:val="99"/>
    <w:rsid w:val="004E47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ammishnusrat4@gmail.com</cp:lastModifiedBy>
  <cp:revision>15</cp:revision>
  <dcterms:created xsi:type="dcterms:W3CDTF">2025-07-17T13:39:00Z</dcterms:created>
  <dcterms:modified xsi:type="dcterms:W3CDTF">2025-07-17T13:50:00Z</dcterms:modified>
  <cp:category/>
</cp:coreProperties>
</file>