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9FF6" w14:textId="3E961A22" w:rsidR="009E3738" w:rsidRPr="006B326A" w:rsidRDefault="00955131" w:rsidP="00FA3193">
      <w:pPr>
        <w:pStyle w:val="Heading1"/>
        <w:rPr>
          <w:rFonts w:cstheme="majorHAnsi"/>
        </w:rPr>
      </w:pPr>
      <w:r w:rsidRPr="006B326A">
        <w:rPr>
          <w:rFonts w:cstheme="majorHAnsi"/>
        </w:rPr>
        <w:t>Mehwish Saif</w:t>
      </w:r>
    </w:p>
    <w:p w14:paraId="36681983" w14:textId="70AB510C" w:rsidR="00080103" w:rsidRPr="00FA3193" w:rsidRDefault="00F93D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PhD</w:t>
      </w:r>
      <w:r w:rsidR="00226653" w:rsidRPr="00FA3193">
        <w:rPr>
          <w:rFonts w:asciiTheme="majorHAnsi" w:hAnsiTheme="majorHAnsi" w:cstheme="majorHAnsi"/>
          <w:sz w:val="24"/>
          <w:szCs w:val="24"/>
        </w:rPr>
        <w:t>. in Management Sciences</w:t>
      </w:r>
    </w:p>
    <w:p w14:paraId="0A2D1738" w14:textId="77777777" w:rsidR="00CF37DB" w:rsidRPr="00FA3193" w:rsidRDefault="00CF37DB" w:rsidP="00FA3193">
      <w:pPr>
        <w:pStyle w:val="Heading2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Contact Details</w:t>
      </w:r>
    </w:p>
    <w:p w14:paraId="7EE07151" w14:textId="77777777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Mobile: +92 332 1979610</w:t>
      </w:r>
    </w:p>
    <w:p w14:paraId="0368368D" w14:textId="77777777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Email: mehwishsaif008@gmail.com</w:t>
      </w:r>
    </w:p>
    <w:p w14:paraId="50017818" w14:textId="77777777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Address: House No. 717, Street 5, Sector C, Phase 8, Bahria Town, Rawalpindi, Pakistan</w:t>
      </w:r>
    </w:p>
    <w:p w14:paraId="10D48A9E" w14:textId="4B842CE8" w:rsidR="009E3738" w:rsidRPr="00FA3193" w:rsidRDefault="00000000" w:rsidP="00FA3193">
      <w:pPr>
        <w:pStyle w:val="Heading2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Personal Profile</w:t>
      </w:r>
    </w:p>
    <w:p w14:paraId="62BF42AC" w14:textId="77777777" w:rsidR="00CF37DB" w:rsidRPr="00CF37DB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CF37DB">
        <w:rPr>
          <w:rFonts w:asciiTheme="majorHAnsi" w:hAnsiTheme="majorHAnsi" w:cstheme="majorHAnsi"/>
          <w:sz w:val="24"/>
          <w:szCs w:val="24"/>
        </w:rPr>
        <w:t>Dedicated and ambitious professional currently pursuing a PhD in Management Sciences, seeking a full-time opportunity to enhance skills, gain practical experience, and contribute to organizational success through academic knowledge and HR expertise.</w:t>
      </w:r>
    </w:p>
    <w:p w14:paraId="0F596360" w14:textId="77777777" w:rsidR="009E3738" w:rsidRPr="00FA3193" w:rsidRDefault="00000000" w:rsidP="00FA3193">
      <w:pPr>
        <w:pStyle w:val="Heading2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Academic Profile</w:t>
      </w:r>
    </w:p>
    <w:p w14:paraId="6CCD7E37" w14:textId="77777777" w:rsidR="00F93DAA" w:rsidRPr="00FA3193" w:rsidRDefault="00F93DAA" w:rsidP="00FA3193">
      <w:pPr>
        <w:pStyle w:val="Heading3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PhD in Management Sciences</w:t>
      </w:r>
    </w:p>
    <w:p w14:paraId="656A056A" w14:textId="347BC39E" w:rsidR="00F93DAA" w:rsidRPr="00FA3193" w:rsidRDefault="00F93D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Comsats University Islamabad (</w:t>
      </w:r>
      <w:r w:rsidR="006A6A70" w:rsidRPr="00FA3193">
        <w:rPr>
          <w:rFonts w:asciiTheme="majorHAnsi" w:hAnsiTheme="majorHAnsi" w:cstheme="majorHAnsi"/>
          <w:sz w:val="24"/>
          <w:szCs w:val="24"/>
        </w:rPr>
        <w:t>2024-</w:t>
      </w:r>
      <w:r w:rsidR="006B326A">
        <w:rPr>
          <w:rFonts w:asciiTheme="majorHAnsi" w:hAnsiTheme="majorHAnsi" w:cstheme="majorHAnsi"/>
          <w:sz w:val="24"/>
          <w:szCs w:val="24"/>
        </w:rPr>
        <w:t>Present</w:t>
      </w:r>
      <w:r w:rsidRPr="00FA3193">
        <w:rPr>
          <w:rFonts w:asciiTheme="majorHAnsi" w:hAnsiTheme="majorHAnsi" w:cstheme="majorHAnsi"/>
          <w:sz w:val="24"/>
          <w:szCs w:val="24"/>
        </w:rPr>
        <w:t>)</w:t>
      </w:r>
    </w:p>
    <w:p w14:paraId="78C8DC5A" w14:textId="77777777" w:rsidR="00F93DAA" w:rsidRPr="00FA3193" w:rsidRDefault="00F93DAA" w:rsidP="00FA3193">
      <w:pPr>
        <w:pStyle w:val="Heading3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MBA in Human Resource Management</w:t>
      </w:r>
    </w:p>
    <w:p w14:paraId="27CE1B6C" w14:textId="38E70DD0" w:rsidR="00F93DAA" w:rsidRPr="00FA3193" w:rsidRDefault="00F93D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Institute of Management Sciences (2012 - 2014)</w:t>
      </w:r>
    </w:p>
    <w:p w14:paraId="15421257" w14:textId="240F32AD" w:rsidR="009E3738" w:rsidRPr="00FA3193" w:rsidRDefault="00000000" w:rsidP="00FA3193">
      <w:pPr>
        <w:pStyle w:val="Heading3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BBA in Human Resource Management</w:t>
      </w:r>
    </w:p>
    <w:p w14:paraId="22C643DD" w14:textId="77777777" w:rsidR="009E3738" w:rsidRPr="00FA3193" w:rsidRDefault="00000000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Kohat University of Science and Technology (2006 - 2010)</w:t>
      </w:r>
    </w:p>
    <w:p w14:paraId="2B2627DD" w14:textId="77777777" w:rsidR="009E3738" w:rsidRPr="00FA3193" w:rsidRDefault="00000000" w:rsidP="00FA3193">
      <w:pPr>
        <w:pStyle w:val="Heading3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College</w:t>
      </w:r>
    </w:p>
    <w:p w14:paraId="71D41410" w14:textId="77777777" w:rsidR="009E3738" w:rsidRPr="00FA3193" w:rsidRDefault="00000000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(2004 - 2006)</w:t>
      </w:r>
    </w:p>
    <w:p w14:paraId="2AD3A1FC" w14:textId="77777777" w:rsidR="00080103" w:rsidRPr="00FA3193" w:rsidRDefault="00080103" w:rsidP="00FA3193">
      <w:pPr>
        <w:pStyle w:val="Heading2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Employment History</w:t>
      </w:r>
    </w:p>
    <w:p w14:paraId="13FA1691" w14:textId="74C2809B" w:rsidR="00080103" w:rsidRPr="00FA3193" w:rsidRDefault="00080103" w:rsidP="00FA3193">
      <w:pPr>
        <w:pStyle w:val="Heading3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Teacher</w:t>
      </w:r>
    </w:p>
    <w:p w14:paraId="7C40803B" w14:textId="1EFF1EC0" w:rsidR="00080103" w:rsidRPr="00FA3193" w:rsidRDefault="00080103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Educational Institute (2020 - 2023)</w:t>
      </w:r>
    </w:p>
    <w:p w14:paraId="3004F5BD" w14:textId="7BF17759" w:rsidR="00D745AA" w:rsidRPr="00FA3193" w:rsidRDefault="00D745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Delivered lectures and prepared lesson plans</w:t>
      </w:r>
    </w:p>
    <w:p w14:paraId="49541991" w14:textId="1F3402B1" w:rsidR="00D745AA" w:rsidRPr="00FA3193" w:rsidRDefault="00D745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Assessed student performance</w:t>
      </w:r>
    </w:p>
    <w:p w14:paraId="3A65BB93" w14:textId="323ABDBC" w:rsidR="00D745AA" w:rsidRPr="00FA3193" w:rsidRDefault="00D745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Managed classroom environment</w:t>
      </w:r>
    </w:p>
    <w:p w14:paraId="6BD9BF75" w14:textId="4128B3D7" w:rsidR="00D745AA" w:rsidRPr="00FA3193" w:rsidRDefault="00D745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Provided academic support and mentoring</w:t>
      </w:r>
    </w:p>
    <w:p w14:paraId="1B92C92B" w14:textId="28EACBDA" w:rsidR="00D745AA" w:rsidRPr="00FA3193" w:rsidRDefault="00D745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Used educational tools for instruction</w:t>
      </w:r>
    </w:p>
    <w:p w14:paraId="693C2C31" w14:textId="3C9411A7" w:rsidR="00D745AA" w:rsidRPr="00FA3193" w:rsidRDefault="00D745AA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lastRenderedPageBreak/>
        <w:t>Maintained student records</w:t>
      </w:r>
    </w:p>
    <w:p w14:paraId="32C3E422" w14:textId="77777777" w:rsidR="006A6A70" w:rsidRPr="00FA3193" w:rsidRDefault="006A6A70" w:rsidP="00FA3193">
      <w:pPr>
        <w:pStyle w:val="Heading2"/>
        <w:rPr>
          <w:rFonts w:cstheme="majorHAnsi"/>
          <w:sz w:val="24"/>
          <w:szCs w:val="24"/>
        </w:rPr>
      </w:pPr>
      <w:r w:rsidRPr="00FA3193">
        <w:rPr>
          <w:rFonts w:cstheme="majorHAnsi"/>
          <w:sz w:val="24"/>
          <w:szCs w:val="24"/>
        </w:rPr>
        <w:t>Skills and Abilities</w:t>
      </w:r>
    </w:p>
    <w:p w14:paraId="3FAE8AD1" w14:textId="76782E33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Curriculum &amp; Lesson Planning</w:t>
      </w:r>
    </w:p>
    <w:p w14:paraId="26104A8B" w14:textId="6DAE16E1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Classroom Management</w:t>
      </w:r>
    </w:p>
    <w:p w14:paraId="5A088F6F" w14:textId="2204FCCE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Student Assessment</w:t>
      </w:r>
    </w:p>
    <w:p w14:paraId="15738678" w14:textId="79E4C295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Instructional Delivery</w:t>
      </w:r>
    </w:p>
    <w:p w14:paraId="0BFA67B6" w14:textId="10143F63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Educational Technology (LMS, Zoom, Google Classroom)</w:t>
      </w:r>
    </w:p>
    <w:p w14:paraId="20697AD9" w14:textId="2E8043F8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Communication &amp; Interpersonal Skills</w:t>
      </w:r>
    </w:p>
    <w:p w14:paraId="099AA67C" w14:textId="0FE027BE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Mentoring &amp; Student Support</w:t>
      </w:r>
    </w:p>
    <w:p w14:paraId="0CF199BF" w14:textId="310BE90F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Adaptability &amp; Problem Solving</w:t>
      </w:r>
    </w:p>
    <w:p w14:paraId="2BA3FECB" w14:textId="46F5C63C" w:rsidR="00CF37DB" w:rsidRPr="00FA3193" w:rsidRDefault="00CF37DB" w:rsidP="00FA3193">
      <w:pPr>
        <w:rPr>
          <w:rFonts w:asciiTheme="majorHAnsi" w:hAnsiTheme="majorHAnsi" w:cstheme="majorHAnsi"/>
          <w:sz w:val="24"/>
          <w:szCs w:val="24"/>
        </w:rPr>
      </w:pPr>
      <w:r w:rsidRPr="00FA3193">
        <w:rPr>
          <w:rFonts w:asciiTheme="majorHAnsi" w:hAnsiTheme="majorHAnsi" w:cstheme="majorHAnsi"/>
          <w:sz w:val="24"/>
          <w:szCs w:val="24"/>
        </w:rPr>
        <w:t>Collaboration with Faculty</w:t>
      </w:r>
    </w:p>
    <w:p w14:paraId="130B128F" w14:textId="77777777" w:rsidR="00080103" w:rsidRPr="00FA3193" w:rsidRDefault="00080103" w:rsidP="00FA3193">
      <w:pPr>
        <w:rPr>
          <w:rFonts w:asciiTheme="majorHAnsi" w:hAnsiTheme="majorHAnsi" w:cstheme="majorHAnsi"/>
          <w:sz w:val="24"/>
          <w:szCs w:val="24"/>
        </w:rPr>
      </w:pPr>
    </w:p>
    <w:sectPr w:rsidR="00080103" w:rsidRPr="00FA31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5305FC"/>
    <w:multiLevelType w:val="hybridMultilevel"/>
    <w:tmpl w:val="96EC4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460BB"/>
    <w:multiLevelType w:val="hybridMultilevel"/>
    <w:tmpl w:val="407EAE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D21BED"/>
    <w:multiLevelType w:val="hybridMultilevel"/>
    <w:tmpl w:val="8246560C"/>
    <w:lvl w:ilvl="0" w:tplc="294E12F4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9261E"/>
    <w:multiLevelType w:val="hybridMultilevel"/>
    <w:tmpl w:val="8A16EFE4"/>
    <w:lvl w:ilvl="0" w:tplc="294E12F4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222FE"/>
    <w:multiLevelType w:val="hybridMultilevel"/>
    <w:tmpl w:val="69B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27EF"/>
    <w:multiLevelType w:val="hybridMultilevel"/>
    <w:tmpl w:val="4E628048"/>
    <w:lvl w:ilvl="0" w:tplc="294E12F4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C010F"/>
    <w:multiLevelType w:val="hybridMultilevel"/>
    <w:tmpl w:val="91644504"/>
    <w:lvl w:ilvl="0" w:tplc="294E12F4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531530">
    <w:abstractNumId w:val="8"/>
  </w:num>
  <w:num w:numId="2" w16cid:durableId="401028518">
    <w:abstractNumId w:val="6"/>
  </w:num>
  <w:num w:numId="3" w16cid:durableId="339045893">
    <w:abstractNumId w:val="5"/>
  </w:num>
  <w:num w:numId="4" w16cid:durableId="816533549">
    <w:abstractNumId w:val="4"/>
  </w:num>
  <w:num w:numId="5" w16cid:durableId="1797018029">
    <w:abstractNumId w:val="7"/>
  </w:num>
  <w:num w:numId="6" w16cid:durableId="270282698">
    <w:abstractNumId w:val="3"/>
  </w:num>
  <w:num w:numId="7" w16cid:durableId="1086146118">
    <w:abstractNumId w:val="2"/>
  </w:num>
  <w:num w:numId="8" w16cid:durableId="2103799520">
    <w:abstractNumId w:val="1"/>
  </w:num>
  <w:num w:numId="9" w16cid:durableId="933250735">
    <w:abstractNumId w:val="0"/>
  </w:num>
  <w:num w:numId="10" w16cid:durableId="391582508">
    <w:abstractNumId w:val="13"/>
  </w:num>
  <w:num w:numId="11" w16cid:durableId="2078166544">
    <w:abstractNumId w:val="9"/>
  </w:num>
  <w:num w:numId="12" w16cid:durableId="601299863">
    <w:abstractNumId w:val="11"/>
  </w:num>
  <w:num w:numId="13" w16cid:durableId="1525560550">
    <w:abstractNumId w:val="10"/>
  </w:num>
  <w:num w:numId="14" w16cid:durableId="99840493">
    <w:abstractNumId w:val="14"/>
  </w:num>
  <w:num w:numId="15" w16cid:durableId="605236453">
    <w:abstractNumId w:val="15"/>
  </w:num>
  <w:num w:numId="16" w16cid:durableId="2004159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D36"/>
    <w:rsid w:val="00080103"/>
    <w:rsid w:val="000C5CBA"/>
    <w:rsid w:val="0015074B"/>
    <w:rsid w:val="00226653"/>
    <w:rsid w:val="0028049F"/>
    <w:rsid w:val="0029639D"/>
    <w:rsid w:val="00326F90"/>
    <w:rsid w:val="003D473D"/>
    <w:rsid w:val="004A5D3D"/>
    <w:rsid w:val="00554227"/>
    <w:rsid w:val="005B4E35"/>
    <w:rsid w:val="006A6A70"/>
    <w:rsid w:val="006B326A"/>
    <w:rsid w:val="007B7360"/>
    <w:rsid w:val="00955131"/>
    <w:rsid w:val="009E3738"/>
    <w:rsid w:val="00AA1D8D"/>
    <w:rsid w:val="00B47730"/>
    <w:rsid w:val="00CA7BA8"/>
    <w:rsid w:val="00CB0664"/>
    <w:rsid w:val="00CF37DB"/>
    <w:rsid w:val="00D745AA"/>
    <w:rsid w:val="00F93DAA"/>
    <w:rsid w:val="00FA3193"/>
    <w:rsid w:val="00FC693F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A70C6B"/>
  <w14:defaultImageDpi w14:val="300"/>
  <w15:docId w15:val="{8D302CDE-C9C8-4C81-A29A-CC97953C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(SP24-PMS-002) MEHWISH SAIF</cp:lastModifiedBy>
  <cp:revision>2</cp:revision>
  <dcterms:created xsi:type="dcterms:W3CDTF">2025-06-26T15:45:00Z</dcterms:created>
  <dcterms:modified xsi:type="dcterms:W3CDTF">2025-06-26T15:45:00Z</dcterms:modified>
  <cp:category/>
</cp:coreProperties>
</file>